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553F7" w14:textId="77777777" w:rsidR="00222777" w:rsidRPr="00BF4D54" w:rsidRDefault="00000000">
      <w:pPr>
        <w:spacing w:after="80"/>
        <w:jc w:val="center"/>
        <w:rPr>
          <w:rFonts w:ascii="Times New Roman" w:hAnsi="Times New Roman" w:cs="Times New Roman"/>
          <w:lang w:val="hr-HR"/>
        </w:rPr>
      </w:pPr>
      <w:r w:rsidRPr="00BF4D54">
        <w:rPr>
          <w:rFonts w:ascii="Times New Roman" w:hAnsi="Times New Roman" w:cs="Times New Roman"/>
          <w:b/>
          <w:color w:val="002D62"/>
          <w:sz w:val="36"/>
          <w:lang w:val="hr-HR"/>
        </w:rPr>
        <w:t>PRIJAVNI OBRAZAC (Prilog 1.)</w:t>
      </w:r>
    </w:p>
    <w:p w14:paraId="0572F18B" w14:textId="349F7506" w:rsidR="00222777" w:rsidRPr="00BF4D54" w:rsidRDefault="00000000" w:rsidP="009D17A2">
      <w:pPr>
        <w:spacing w:after="480"/>
        <w:jc w:val="center"/>
        <w:rPr>
          <w:rFonts w:ascii="Times New Roman" w:hAnsi="Times New Roman" w:cs="Times New Roman"/>
          <w:color w:val="555555"/>
          <w:lang w:val="hr-HR"/>
        </w:rPr>
      </w:pPr>
      <w:r w:rsidRPr="00BF4D54">
        <w:rPr>
          <w:rFonts w:ascii="Times New Roman" w:hAnsi="Times New Roman" w:cs="Times New Roman"/>
          <w:color w:val="555555"/>
          <w:lang w:val="hr-HR"/>
        </w:rPr>
        <w:t xml:space="preserve">za odabir pružatelja socijalne usluge pomoći u kući radi sufinanciranja usluge u 2027. godini na području JLS </w:t>
      </w:r>
      <w:r w:rsidR="009D17A2" w:rsidRPr="00BF4D54">
        <w:rPr>
          <w:rFonts w:ascii="Times New Roman" w:hAnsi="Times New Roman" w:cs="Times New Roman"/>
          <w:color w:val="555555"/>
          <w:lang w:val="hr-HR"/>
        </w:rPr>
        <w:t xml:space="preserve">s područja </w:t>
      </w:r>
      <w:r w:rsidRPr="00BF4D54">
        <w:rPr>
          <w:rFonts w:ascii="Times New Roman" w:hAnsi="Times New Roman" w:cs="Times New Roman"/>
          <w:color w:val="555555"/>
          <w:lang w:val="hr-HR"/>
        </w:rPr>
        <w:t>Koprivničko-križevačke županije</w:t>
      </w:r>
    </w:p>
    <w:p w14:paraId="25A90790" w14:textId="77777777" w:rsidR="00222777" w:rsidRPr="00BF4D54" w:rsidRDefault="00000000">
      <w:pPr>
        <w:keepNext/>
        <w:spacing w:before="320" w:after="160"/>
        <w:rPr>
          <w:rFonts w:ascii="Times New Roman" w:hAnsi="Times New Roman" w:cs="Times New Roman"/>
          <w:lang w:val="hr-HR"/>
        </w:rPr>
      </w:pPr>
      <w:r w:rsidRPr="00BF4D54">
        <w:rPr>
          <w:rFonts w:ascii="Times New Roman" w:hAnsi="Times New Roman" w:cs="Times New Roman"/>
          <w:b/>
          <w:color w:val="002D62"/>
          <w:sz w:val="26"/>
          <w:lang w:val="hr-HR"/>
        </w:rPr>
        <w:t>1. OPĆI PODACI O PRIJAVITELJU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76"/>
        <w:gridCol w:w="4674"/>
      </w:tblGrid>
      <w:tr w:rsidR="00222777" w:rsidRPr="00BF4D54" w14:paraId="51BC182B" w14:textId="77777777" w:rsidTr="004E15B3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C2D69B" w:themeFill="accent3" w:themeFillTint="9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093DD47" w14:textId="77777777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lang w:val="hr-HR"/>
              </w:rPr>
              <w:t>Puni naziv prijavitelja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39CCEF3" w14:textId="77777777" w:rsidR="00222777" w:rsidRPr="00BF4D54" w:rsidRDefault="00222777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222777" w:rsidRPr="00BF4D54" w14:paraId="7C3B08E9" w14:textId="77777777" w:rsidTr="004E15B3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C2D69B" w:themeFill="accent3" w:themeFillTint="9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7F805EF" w14:textId="4E4D936E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lang w:val="hr-HR"/>
              </w:rPr>
              <w:t>Pravni oblik (</w:t>
            </w:r>
            <w:r w:rsidR="004E15B3" w:rsidRPr="00BF4D54">
              <w:rPr>
                <w:rFonts w:ascii="Times New Roman" w:hAnsi="Times New Roman" w:cs="Times New Roman"/>
                <w:b/>
                <w:lang w:val="hr-HR"/>
              </w:rPr>
              <w:t>udruga, obrt, trgovačko društvo</w:t>
            </w:r>
            <w:r w:rsidRPr="00BF4D54">
              <w:rPr>
                <w:rFonts w:ascii="Times New Roman" w:hAnsi="Times New Roman" w:cs="Times New Roman"/>
                <w:b/>
                <w:lang w:val="hr-HR"/>
              </w:rPr>
              <w:t>)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1087346" w14:textId="77777777" w:rsidR="00222777" w:rsidRPr="00BF4D54" w:rsidRDefault="00222777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222777" w:rsidRPr="00BF4D54" w14:paraId="75E7511A" w14:textId="77777777" w:rsidTr="004E15B3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C2D69B" w:themeFill="accent3" w:themeFillTint="9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FD1D398" w14:textId="359BE876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lang w:val="hr-HR"/>
              </w:rPr>
              <w:t>OIB</w:t>
            </w:r>
            <w:r w:rsidR="004E15B3" w:rsidRPr="00BF4D54">
              <w:rPr>
                <w:rFonts w:ascii="Times New Roman" w:hAnsi="Times New Roman" w:cs="Times New Roman"/>
                <w:b/>
                <w:lang w:val="hr-HR"/>
              </w:rPr>
              <w:t xml:space="preserve"> (prijavitelja)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FAF5F49" w14:textId="77777777" w:rsidR="00222777" w:rsidRPr="00BF4D54" w:rsidRDefault="00222777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222777" w:rsidRPr="00BF4D54" w14:paraId="0FDD488A" w14:textId="77777777" w:rsidTr="004E15B3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C2D69B" w:themeFill="accent3" w:themeFillTint="9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61F4DA1" w14:textId="4A952297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lang w:val="hr-HR"/>
              </w:rPr>
              <w:t>Adresa sjedišta (Ulica, broj, mjesto</w:t>
            </w:r>
            <w:r w:rsidR="004E15B3" w:rsidRPr="00BF4D54">
              <w:rPr>
                <w:rFonts w:ascii="Times New Roman" w:hAnsi="Times New Roman" w:cs="Times New Roman"/>
                <w:b/>
                <w:lang w:val="hr-HR"/>
              </w:rPr>
              <w:t>)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9F1E4A4" w14:textId="77777777" w:rsidR="00222777" w:rsidRPr="00BF4D54" w:rsidRDefault="00222777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222777" w:rsidRPr="00BF4D54" w14:paraId="291DDDF4" w14:textId="77777777" w:rsidTr="004E15B3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C2D69B" w:themeFill="accent3" w:themeFillTint="9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7348B42" w14:textId="77777777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lang w:val="hr-HR"/>
              </w:rPr>
              <w:t>Ime i prezime ovlaštene osobe za zastupanje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5CF347F" w14:textId="77777777" w:rsidR="00222777" w:rsidRPr="00BF4D54" w:rsidRDefault="00222777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4E15B3" w:rsidRPr="00BF4D54" w14:paraId="09DC32BB" w14:textId="77777777" w:rsidTr="004E15B3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C2D69B" w:themeFill="accent3" w:themeFillTint="9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DA68519" w14:textId="649D9C8B" w:rsidR="004E15B3" w:rsidRPr="00BF4D54" w:rsidRDefault="004E15B3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lang w:val="hr-HR"/>
              </w:rPr>
              <w:t>OIB ovlaštene osobe za zastupanje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84CEAE6" w14:textId="77777777" w:rsidR="004E15B3" w:rsidRPr="00BF4D54" w:rsidRDefault="004E15B3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222777" w:rsidRPr="00BF4D54" w14:paraId="59261468" w14:textId="77777777" w:rsidTr="004E15B3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C2D69B" w:themeFill="accent3" w:themeFillTint="9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9D8B02E" w14:textId="58913D6A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lang w:val="hr-HR"/>
              </w:rPr>
              <w:t>E-mail adresa</w:t>
            </w:r>
            <w:r w:rsidR="004E15B3" w:rsidRPr="00BF4D54">
              <w:rPr>
                <w:rFonts w:ascii="Times New Roman" w:hAnsi="Times New Roman" w:cs="Times New Roman"/>
                <w:b/>
                <w:lang w:val="hr-HR"/>
              </w:rPr>
              <w:t>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8EBCD0D" w14:textId="77777777" w:rsidR="00222777" w:rsidRPr="00BF4D54" w:rsidRDefault="00222777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222777" w:rsidRPr="00BF4D54" w14:paraId="1C679266" w14:textId="77777777" w:rsidTr="004E15B3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C2D69B" w:themeFill="accent3" w:themeFillTint="9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4E9CBD3" w14:textId="56EDEFFC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lang w:val="hr-HR"/>
              </w:rPr>
              <w:t>Broj telefona / mobitela</w:t>
            </w:r>
            <w:r w:rsidR="004E15B3" w:rsidRPr="00BF4D54">
              <w:rPr>
                <w:rFonts w:ascii="Times New Roman" w:hAnsi="Times New Roman" w:cs="Times New Roman"/>
                <w:b/>
                <w:lang w:val="hr-HR"/>
              </w:rPr>
              <w:t>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83D22A9" w14:textId="77777777" w:rsidR="00222777" w:rsidRPr="00BF4D54" w:rsidRDefault="00222777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</w:tbl>
    <w:p w14:paraId="4C682733" w14:textId="77777777" w:rsidR="00222777" w:rsidRPr="00BF4D54" w:rsidRDefault="00000000">
      <w:pPr>
        <w:keepNext/>
        <w:spacing w:before="320" w:after="160"/>
        <w:rPr>
          <w:rFonts w:ascii="Times New Roman" w:hAnsi="Times New Roman" w:cs="Times New Roman"/>
          <w:lang w:val="hr-HR"/>
        </w:rPr>
      </w:pPr>
      <w:r w:rsidRPr="00BF4D54">
        <w:rPr>
          <w:rFonts w:ascii="Times New Roman" w:hAnsi="Times New Roman" w:cs="Times New Roman"/>
          <w:b/>
          <w:color w:val="002D62"/>
          <w:sz w:val="26"/>
          <w:lang w:val="hr-HR"/>
        </w:rPr>
        <w:t xml:space="preserve">2. DOKAZI O ISPUNJAVANJU UVJETA POZIVA </w:t>
      </w:r>
      <w:r w:rsidRPr="00BF4D54">
        <w:rPr>
          <w:rFonts w:ascii="Times New Roman" w:hAnsi="Times New Roman" w:cs="Times New Roman"/>
          <w:b/>
          <w:color w:val="002D62"/>
          <w:lang w:val="hr-HR"/>
        </w:rPr>
        <w:t>(Točka IV., V. i VIII.)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222777" w:rsidRPr="00BF4D54" w14:paraId="796034A9" w14:textId="77777777" w:rsidTr="004E15B3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C2D69B" w:themeFill="accent3" w:themeFillTint="9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2B4A8B1" w14:textId="1CC85881" w:rsidR="00222777" w:rsidRPr="00BF4D54" w:rsidRDefault="004E15B3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lang w:val="hr-HR"/>
              </w:rPr>
              <w:t>Podaci o pravomoćnom rješenju (licenciji):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7B86DFB" w14:textId="77777777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 xml:space="preserve">KLASA: </w:t>
            </w:r>
            <w:r w:rsidRPr="00BF4D54">
              <w:rPr>
                <w:rFonts w:ascii="Times New Roman" w:hAnsi="Times New Roman" w:cs="Times New Roman"/>
                <w:lang w:val="hr-HR"/>
              </w:rPr>
              <w:br/>
              <w:t xml:space="preserve">URBROJ: </w:t>
            </w:r>
            <w:r w:rsidRPr="00BF4D54">
              <w:rPr>
                <w:rFonts w:ascii="Times New Roman" w:hAnsi="Times New Roman" w:cs="Times New Roman"/>
                <w:lang w:val="hr-HR"/>
              </w:rPr>
              <w:br/>
              <w:t xml:space="preserve">Datum: </w:t>
            </w:r>
          </w:p>
        </w:tc>
      </w:tr>
      <w:tr w:rsidR="004E15B3" w:rsidRPr="00BF4D54" w14:paraId="0B4C4ED2" w14:textId="77777777" w:rsidTr="00340198">
        <w:trPr>
          <w:jc w:val="center"/>
        </w:trPr>
        <w:tc>
          <w:tcPr>
            <w:tcW w:w="4680" w:type="dxa"/>
            <w:vMerge w:val="restart"/>
            <w:tcBorders>
              <w:top w:val="single" w:sz="4" w:space="0" w:color="D3D3D3"/>
              <w:left w:val="single" w:sz="4" w:space="0" w:color="D3D3D3"/>
              <w:right w:val="single" w:sz="4" w:space="0" w:color="D3D3D3"/>
            </w:tcBorders>
            <w:shd w:val="clear" w:color="auto" w:fill="C2D69B" w:themeFill="accent3" w:themeFillTint="9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AD1289C" w14:textId="542A5989" w:rsidR="004E15B3" w:rsidRPr="00BF4D54" w:rsidRDefault="004E15B3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lang w:val="hr-HR"/>
              </w:rPr>
              <w:t>Iskustvo u pružanju usluge pomoći u kući (staviti znak „X“ u odgovarajuću kućicu)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50FD432" w14:textId="4D0BD526" w:rsidR="004E15B3" w:rsidRPr="00BF4D54" w:rsidRDefault="004E15B3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[  ]</w:t>
            </w:r>
            <w:r w:rsidRPr="00BF4D54">
              <w:rPr>
                <w:rFonts w:ascii="Times New Roman" w:hAnsi="Times New Roman" w:cs="Times New Roman"/>
                <w:lang w:val="hr-HR"/>
              </w:rPr>
              <w:t xml:space="preserve"> Manje od 2 godine</w:t>
            </w:r>
            <w:r w:rsidRPr="00BF4D54">
              <w:rPr>
                <w:rFonts w:ascii="Times New Roman" w:hAnsi="Times New Roman" w:cs="Times New Roman"/>
                <w:lang w:val="hr-HR"/>
              </w:rPr>
              <w:br/>
            </w:r>
          </w:p>
        </w:tc>
      </w:tr>
      <w:tr w:rsidR="004E15B3" w:rsidRPr="00BF4D54" w14:paraId="054107CE" w14:textId="77777777" w:rsidTr="00340198">
        <w:trPr>
          <w:jc w:val="center"/>
        </w:trPr>
        <w:tc>
          <w:tcPr>
            <w:tcW w:w="4680" w:type="dxa"/>
            <w:vMerge/>
            <w:tcBorders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C2D69B" w:themeFill="accent3" w:themeFillTint="9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000DA83" w14:textId="77777777" w:rsidR="004E15B3" w:rsidRPr="00BF4D54" w:rsidRDefault="004E15B3">
            <w:pPr>
              <w:rPr>
                <w:rFonts w:ascii="Times New Roman" w:hAnsi="Times New Roman" w:cs="Times New Roman"/>
                <w:b/>
                <w:lang w:val="hr-HR"/>
              </w:rPr>
            </w:pP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BCBD1EB" w14:textId="11FD18C2" w:rsidR="004E15B3" w:rsidRPr="00BF4D54" w:rsidRDefault="004E15B3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28"/>
                <w:szCs w:val="28"/>
                <w:lang w:val="hr-HR"/>
              </w:rPr>
              <w:t>[  ]</w:t>
            </w:r>
            <w:r w:rsidRPr="00BF4D54">
              <w:rPr>
                <w:rFonts w:ascii="Times New Roman" w:hAnsi="Times New Roman" w:cs="Times New Roman"/>
                <w:lang w:val="hr-HR"/>
              </w:rPr>
              <w:t xml:space="preserve"> 2 godine ili više (Točan broj godina: _____)</w:t>
            </w:r>
          </w:p>
        </w:tc>
      </w:tr>
      <w:tr w:rsidR="00222777" w:rsidRPr="00BF4D54" w14:paraId="52E7ABEF" w14:textId="77777777" w:rsidTr="004E15B3">
        <w:trPr>
          <w:jc w:val="center"/>
        </w:trPr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C2D69B" w:themeFill="accent3" w:themeFillTint="9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9787ACD" w14:textId="78C79FD5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lang w:val="hr-HR"/>
              </w:rPr>
              <w:lastRenderedPageBreak/>
              <w:t>Ukupan broj zaposlenih gerontodomaćica</w:t>
            </w:r>
            <w:r w:rsidR="004E15B3" w:rsidRPr="00BF4D54">
              <w:rPr>
                <w:rFonts w:ascii="Times New Roman" w:hAnsi="Times New Roman" w:cs="Times New Roman"/>
                <w:b/>
                <w:lang w:val="hr-HR"/>
              </w:rPr>
              <w:t xml:space="preserve"> u trenutku prijave</w:t>
            </w:r>
          </w:p>
        </w:tc>
        <w:tc>
          <w:tcPr>
            <w:tcW w:w="46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E0BB9E6" w14:textId="0FE08C67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>Prijavljujemo ukupno: ____</w:t>
            </w:r>
            <w:r w:rsidR="004E15B3" w:rsidRPr="00BF4D54">
              <w:rPr>
                <w:rFonts w:ascii="Times New Roman" w:hAnsi="Times New Roman" w:cs="Times New Roman"/>
                <w:lang w:val="hr-HR"/>
              </w:rPr>
              <w:t>__</w:t>
            </w:r>
            <w:r w:rsidRPr="00BF4D54">
              <w:rPr>
                <w:rFonts w:ascii="Times New Roman" w:hAnsi="Times New Roman" w:cs="Times New Roman"/>
                <w:lang w:val="hr-HR"/>
              </w:rPr>
              <w:t>_ zaposlenih radnica s ugovorom o radu.</w:t>
            </w:r>
          </w:p>
        </w:tc>
      </w:tr>
    </w:tbl>
    <w:p w14:paraId="1CBBC193" w14:textId="77777777" w:rsidR="00222777" w:rsidRPr="00BF4D54" w:rsidRDefault="00000000">
      <w:pPr>
        <w:keepNext/>
        <w:spacing w:before="320" w:after="160"/>
        <w:rPr>
          <w:rFonts w:ascii="Times New Roman" w:hAnsi="Times New Roman" w:cs="Times New Roman"/>
          <w:lang w:val="hr-HR"/>
        </w:rPr>
      </w:pPr>
      <w:r w:rsidRPr="00BF4D54">
        <w:rPr>
          <w:rFonts w:ascii="Times New Roman" w:hAnsi="Times New Roman" w:cs="Times New Roman"/>
          <w:b/>
          <w:color w:val="002D62"/>
          <w:sz w:val="26"/>
          <w:lang w:val="hr-HR"/>
        </w:rPr>
        <w:t>3. ODABIR PODRUČJA JLS (MODEL A)</w:t>
      </w:r>
    </w:p>
    <w:p w14:paraId="69FDDE65" w14:textId="4FCC4F1A" w:rsidR="00222777" w:rsidRPr="00BF4D54" w:rsidRDefault="00000000">
      <w:pPr>
        <w:rPr>
          <w:rFonts w:ascii="Times New Roman" w:hAnsi="Times New Roman" w:cs="Times New Roman"/>
          <w:lang w:val="hr-HR"/>
        </w:rPr>
      </w:pPr>
      <w:r w:rsidRPr="00BF4D54">
        <w:rPr>
          <w:rFonts w:ascii="Times New Roman" w:hAnsi="Times New Roman" w:cs="Times New Roman"/>
          <w:i/>
          <w:sz w:val="20"/>
          <w:lang w:val="hr-HR"/>
        </w:rPr>
        <w:t>Napomena: Sukladno Točki IV. Poziva, obavezno je označiti minimalno tri (3) jedinice lokalne samouprave (JLS)</w:t>
      </w:r>
      <w:r w:rsidR="00C85B1C" w:rsidRPr="00BF4D54">
        <w:rPr>
          <w:rFonts w:ascii="Times New Roman" w:hAnsi="Times New Roman" w:cs="Times New Roman"/>
          <w:i/>
          <w:sz w:val="20"/>
          <w:lang w:val="hr-HR"/>
        </w:rPr>
        <w:t xml:space="preserve"> u kojima ćete pružati uslugu pomoći u kući u 2027. godini</w:t>
      </w:r>
      <w:r w:rsidRPr="00BF4D54">
        <w:rPr>
          <w:rFonts w:ascii="Times New Roman" w:hAnsi="Times New Roman" w:cs="Times New Roman"/>
          <w:i/>
          <w:sz w:val="20"/>
          <w:lang w:val="hr-HR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83"/>
        <w:gridCol w:w="3964"/>
        <w:gridCol w:w="3403"/>
      </w:tblGrid>
      <w:tr w:rsidR="00222777" w:rsidRPr="00BF4D54" w14:paraId="0FB6457F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76923C" w:themeFill="accent3" w:themeFillShade="B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B49B929" w14:textId="10CC8AAA" w:rsidR="00222777" w:rsidRPr="00BF4D54" w:rsidRDefault="00000000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color w:val="FFFFFF"/>
                <w:lang w:val="hr-HR"/>
              </w:rPr>
              <w:t>Odabir ("X")</w:t>
            </w:r>
            <w:r w:rsidR="00C85B1C" w:rsidRPr="00BF4D54">
              <w:rPr>
                <w:rFonts w:ascii="Times New Roman" w:hAnsi="Times New Roman" w:cs="Times New Roman"/>
                <w:b/>
                <w:color w:val="FFFFFF"/>
                <w:lang w:val="hr-HR"/>
              </w:rPr>
              <w:t xml:space="preserve"> ispred JLS</w:t>
            </w: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76923C" w:themeFill="accent3" w:themeFillShade="B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6512605" w14:textId="77777777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color w:val="FFFFFF"/>
                <w:lang w:val="hr-HR"/>
              </w:rPr>
              <w:t>Jedinica lokalne samouprave (JLS)</w:t>
            </w:r>
          </w:p>
        </w:tc>
        <w:tc>
          <w:tcPr>
            <w:tcW w:w="340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76923C" w:themeFill="accent3" w:themeFillShade="B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22C7CA2" w14:textId="77777777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color w:val="FFFFFF"/>
                <w:lang w:val="hr-HR"/>
              </w:rPr>
              <w:t>Kategorija i maksimalni iznos sufinanciranja (Točka VII.)</w:t>
            </w:r>
          </w:p>
        </w:tc>
      </w:tr>
      <w:tr w:rsidR="00D7424A" w:rsidRPr="00BF4D54" w14:paraId="58A07957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E94C92A" w14:textId="1B202D08" w:rsidR="00D7424A" w:rsidRPr="00BF4D54" w:rsidRDefault="00D7424A">
            <w:pPr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CF63AA9" w14:textId="653519E1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1. OPĆINA ĐELEKOVEC</w:t>
            </w:r>
          </w:p>
        </w:tc>
        <w:tc>
          <w:tcPr>
            <w:tcW w:w="3406" w:type="dxa"/>
            <w:vMerge w:val="restart"/>
            <w:tcBorders>
              <w:top w:val="single" w:sz="4" w:space="0" w:color="D3D3D3"/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5864689" w14:textId="77777777" w:rsidR="00BF4D54" w:rsidRDefault="00D7424A" w:rsidP="00BF4D54">
            <w:pPr>
              <w:spacing w:after="120" w:line="240" w:lineRule="auto"/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 xml:space="preserve">JLS do 5.000 stanovnika </w:t>
            </w:r>
          </w:p>
          <w:p w14:paraId="5D35162C" w14:textId="36A03B4B" w:rsidR="00D7424A" w:rsidRPr="00BF4D54" w:rsidRDefault="00D7424A" w:rsidP="00BF4D54">
            <w:pPr>
              <w:spacing w:after="120" w:line="240" w:lineRule="auto"/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 xml:space="preserve">(do 16.500,00 </w:t>
            </w:r>
            <w:r w:rsid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€ maksimalno sufinanciranje</w:t>
            </w:r>
            <w:r w:rsidR="00BF4D54"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 xml:space="preserve"> po JLS</w:t>
            </w: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)</w:t>
            </w:r>
          </w:p>
        </w:tc>
      </w:tr>
      <w:tr w:rsidR="00D7424A" w:rsidRPr="00BF4D54" w14:paraId="7DF856D2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F5BD2E7" w14:textId="3C6C478D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0B6A8A9" w14:textId="5E51FFD1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2. OPĆINA DRNJE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A710C7A" w14:textId="5AC9E537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7424A" w:rsidRPr="00BF4D54" w14:paraId="7B028A56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B27A077" w14:textId="2101B62E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A43B78A" w14:textId="75DEFA82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 xml:space="preserve">3. OPĆINA FERDINANDOVAC 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2E51FD3" w14:textId="7E63D416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7424A" w:rsidRPr="00BF4D54" w14:paraId="3354BBCB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0FE2F6D" w14:textId="77777777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26E382C" w14:textId="31659085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4. OPĆINA GOLA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96DC613" w14:textId="77777777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7424A" w:rsidRPr="00BF4D54" w14:paraId="5FED330D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01EFE0B" w14:textId="77777777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004A878" w14:textId="1C3C3513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5. OPĆINA GORNJA RIJEKA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DBFBE1D" w14:textId="77777777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7424A" w:rsidRPr="00BF4D54" w14:paraId="0F038C48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9EEF09D" w14:textId="77777777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E919C43" w14:textId="49D18A9D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6. OPĆINA HLEBINE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3249F63" w14:textId="77777777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7424A" w:rsidRPr="00BF4D54" w14:paraId="18A5EE9B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919CDFA" w14:textId="77777777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DFFB880" w14:textId="181FC6F3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7. OPĆINA KALINOVAC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655E7AF" w14:textId="77777777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7424A" w:rsidRPr="00BF4D54" w14:paraId="2CF6B6D6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F0C84D6" w14:textId="77777777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E5103EC" w14:textId="1CE2FE32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8. OPĆINA KALNIK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5104A15" w14:textId="77777777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7424A" w:rsidRPr="00BF4D54" w14:paraId="560E71CD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A046EA7" w14:textId="77777777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715D071" w14:textId="38B446EA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9. OPĆINA KLOŠTAR PODRAVSKI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AEA3561" w14:textId="77777777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7424A" w:rsidRPr="00BF4D54" w14:paraId="1CD0E3A3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29BD4AB" w14:textId="77777777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F3A8049" w14:textId="37DE3278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10.  OPĆINA KOPRIVNIČKI BREGI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2583407" w14:textId="77777777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7424A" w:rsidRPr="00BF4D54" w14:paraId="2624DFBD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88EF32E" w14:textId="77777777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F142399" w14:textId="476D0875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11.  OPĆINA KOPRIVNIČKI IVANEC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2A67008" w14:textId="77777777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7424A" w:rsidRPr="00BF4D54" w14:paraId="0F9E7348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65542BB" w14:textId="77777777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FEDD504" w14:textId="123CB1A9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12. OPĆINA LEGRAD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211CAD0" w14:textId="77777777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7424A" w:rsidRPr="00BF4D54" w14:paraId="640FAFAA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DAB8FAD" w14:textId="77777777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9B3ADA0" w14:textId="174D5A33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13. OPĆINA NOVIGRAD PODRAVSKI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D189B6E" w14:textId="77777777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7424A" w:rsidRPr="00BF4D54" w14:paraId="37E1D662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4CCCC4C" w14:textId="77777777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FC64488" w14:textId="1DC6AEA6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14. OPĆINA NOVO VIRJE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4400A8E" w14:textId="77777777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7424A" w:rsidRPr="00BF4D54" w14:paraId="6DACDFA3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8C9A551" w14:textId="77777777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AD805DD" w14:textId="75624ACF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15. OPĆINA PETERANEC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C65EFC9" w14:textId="77777777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7424A" w:rsidRPr="00BF4D54" w14:paraId="7870FA9D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15BD66A" w14:textId="77777777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B3D67FC" w14:textId="1AC6C91F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16. OPĆINA PODRAVSKE SESVETE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DCB39AF" w14:textId="77777777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7424A" w:rsidRPr="00BF4D54" w14:paraId="37CB1238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222A26A" w14:textId="77777777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5BD7B4D" w14:textId="5A8DA19F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17. OPĆINA RASINJA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12FF4B1" w14:textId="77777777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7424A" w:rsidRPr="00BF4D54" w14:paraId="7A5DE5C1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0D7E91B" w14:textId="77777777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6168A46" w14:textId="6454BD86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18. OPĆINA SOKOLOVAC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9C374A0" w14:textId="77777777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7424A" w:rsidRPr="00BF4D54" w14:paraId="32A78AF4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5C0AF1D" w14:textId="77777777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C0AD75B" w14:textId="59B36408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19. OPĆINA SV. IVAN ŽABNO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6F4A695" w14:textId="77777777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7424A" w:rsidRPr="00BF4D54" w14:paraId="06EEBCC8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796B083" w14:textId="77777777" w:rsidR="00D7424A" w:rsidRPr="00BF4D54" w:rsidRDefault="00D7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AFE78C4" w14:textId="235AAB96" w:rsidR="00D7424A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20. OPĆINA SV. PETAR OREHOVEC</w:t>
            </w:r>
          </w:p>
        </w:tc>
        <w:tc>
          <w:tcPr>
            <w:tcW w:w="3406" w:type="dxa"/>
            <w:vMerge/>
            <w:tcBorders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F6BD59D" w14:textId="77777777" w:rsidR="00D7424A" w:rsidRPr="00BF4D54" w:rsidRDefault="00D7424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222777" w:rsidRPr="00BF4D54" w14:paraId="0624044A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B81F749" w14:textId="59B6C0E6" w:rsidR="00222777" w:rsidRPr="00BF4D54" w:rsidRDefault="00222777" w:rsidP="00C85B1C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3F870AE" w14:textId="51A1C587" w:rsidR="00222777" w:rsidRPr="00BF4D54" w:rsidRDefault="00D7424A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21. GRAD KRIŽEVCI</w:t>
            </w:r>
          </w:p>
        </w:tc>
        <w:tc>
          <w:tcPr>
            <w:tcW w:w="340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3CF62D6" w14:textId="77777777" w:rsidR="00BF4D54" w:rsidRDefault="00000000" w:rsidP="00BF4D54">
            <w:pPr>
              <w:spacing w:after="120" w:line="240" w:lineRule="auto"/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 xml:space="preserve">JLS s više od 10.000 stanovnika </w:t>
            </w:r>
          </w:p>
          <w:p w14:paraId="5D078FC9" w14:textId="3C949324" w:rsidR="00222777" w:rsidRPr="00BF4D54" w:rsidRDefault="00000000" w:rsidP="00BF4D54">
            <w:pPr>
              <w:spacing w:after="120" w:line="240" w:lineRule="auto"/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(do 49.500,00</w:t>
            </w:r>
            <w:r w:rsid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 xml:space="preserve"> € maksimalno sufinanciranje</w:t>
            </w: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)</w:t>
            </w:r>
          </w:p>
        </w:tc>
      </w:tr>
      <w:tr w:rsidR="00222777" w:rsidRPr="00BF4D54" w14:paraId="11DFA39A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EC53E6F" w14:textId="77777777" w:rsidR="00222777" w:rsidRPr="00BF4D54" w:rsidRDefault="0022277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FF900F6" w14:textId="77777777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lang w:val="hr-HR"/>
              </w:rPr>
              <w:t>UKUPAN BROJ ODABRANIH JLS:</w:t>
            </w:r>
          </w:p>
        </w:tc>
        <w:tc>
          <w:tcPr>
            <w:tcW w:w="340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EA6D8FF" w14:textId="77777777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lang w:val="hr-HR"/>
              </w:rPr>
              <w:t>_______ (minimum je 3 JLS)</w:t>
            </w:r>
          </w:p>
        </w:tc>
      </w:tr>
    </w:tbl>
    <w:p w14:paraId="4B941340" w14:textId="77777777" w:rsidR="00222777" w:rsidRPr="00BF4D54" w:rsidRDefault="00000000">
      <w:pPr>
        <w:keepNext/>
        <w:spacing w:before="320" w:after="160"/>
        <w:rPr>
          <w:rFonts w:ascii="Times New Roman" w:hAnsi="Times New Roman" w:cs="Times New Roman"/>
          <w:lang w:val="hr-HR"/>
        </w:rPr>
      </w:pPr>
      <w:r w:rsidRPr="00BF4D54">
        <w:rPr>
          <w:rFonts w:ascii="Times New Roman" w:hAnsi="Times New Roman" w:cs="Times New Roman"/>
          <w:b/>
          <w:color w:val="002D62"/>
          <w:sz w:val="26"/>
          <w:lang w:val="hr-HR"/>
        </w:rPr>
        <w:t>4. KAPACITETI I OPERATIVNI PLAN ZA 2027. GODINU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65"/>
        <w:gridCol w:w="5385"/>
      </w:tblGrid>
      <w:tr w:rsidR="00222777" w:rsidRPr="00BF4D54" w14:paraId="46B8AC14" w14:textId="77777777" w:rsidTr="00C85B1C">
        <w:trPr>
          <w:jc w:val="center"/>
        </w:trPr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C2D69B" w:themeFill="accent3" w:themeFillTint="9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69F95C5" w14:textId="77777777" w:rsidR="00BF4D54" w:rsidRDefault="00000000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lang w:val="hr-HR"/>
              </w:rPr>
              <w:t>Planirani broj korisnika</w:t>
            </w:r>
            <w:r w:rsidR="00C85B1C" w:rsidRPr="00BF4D54">
              <w:rPr>
                <w:rFonts w:ascii="Times New Roman" w:hAnsi="Times New Roman" w:cs="Times New Roman"/>
                <w:b/>
                <w:lang w:val="hr-HR"/>
              </w:rPr>
              <w:t xml:space="preserve"> </w:t>
            </w:r>
          </w:p>
          <w:p w14:paraId="0AB362F5" w14:textId="5251C92D" w:rsidR="00222777" w:rsidRPr="00BF4D54" w:rsidRDefault="00C85B1C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sz w:val="16"/>
                <w:szCs w:val="16"/>
                <w:lang w:val="hr-HR"/>
              </w:rPr>
              <w:t>(ukupan broj korisnika koji planirate obuhvatiti temeljem odabranih JLS)</w:t>
            </w:r>
          </w:p>
        </w:tc>
        <w:tc>
          <w:tcPr>
            <w:tcW w:w="539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EE80947" w14:textId="77777777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>U 2027. godini planiramo obuhvatiti ukupno: ______ korisnika.</w:t>
            </w:r>
          </w:p>
        </w:tc>
      </w:tr>
      <w:tr w:rsidR="00222777" w:rsidRPr="00BF4D54" w14:paraId="32A34BBC" w14:textId="77777777" w:rsidTr="00C85B1C">
        <w:trPr>
          <w:trHeight w:val="1181"/>
          <w:jc w:val="center"/>
        </w:trPr>
        <w:tc>
          <w:tcPr>
            <w:tcW w:w="39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C2D69B" w:themeFill="accent3" w:themeFillTint="9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524BDB2" w14:textId="77777777" w:rsidR="00BF4D54" w:rsidRDefault="00000000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lang w:val="hr-HR"/>
              </w:rPr>
              <w:t xml:space="preserve">Tehnički kapaciteti </w:t>
            </w:r>
          </w:p>
          <w:p w14:paraId="35AE5974" w14:textId="5B62CBF6" w:rsidR="00222777" w:rsidRPr="00BF4D54" w:rsidRDefault="00C85B1C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sz w:val="16"/>
                <w:szCs w:val="16"/>
                <w:lang w:val="hr-HR"/>
              </w:rPr>
              <w:t>(raspolažete li vozilom i dr.</w:t>
            </w:r>
            <w:r w:rsidR="00BF4D54">
              <w:rPr>
                <w:rFonts w:ascii="Times New Roman" w:hAnsi="Times New Roman" w:cs="Times New Roman"/>
                <w:b/>
                <w:sz w:val="16"/>
                <w:szCs w:val="16"/>
                <w:lang w:val="hr-HR"/>
              </w:rPr>
              <w:t xml:space="preserve"> opisati</w:t>
            </w:r>
            <w:r w:rsidRPr="00BF4D54">
              <w:rPr>
                <w:rFonts w:ascii="Times New Roman" w:hAnsi="Times New Roman" w:cs="Times New Roman"/>
                <w:b/>
                <w:sz w:val="16"/>
                <w:szCs w:val="16"/>
                <w:lang w:val="hr-HR"/>
              </w:rPr>
              <w:t>)</w:t>
            </w:r>
          </w:p>
        </w:tc>
        <w:tc>
          <w:tcPr>
            <w:tcW w:w="539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CAA76FA" w14:textId="77777777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br/>
            </w:r>
            <w:r w:rsidRPr="00BF4D54">
              <w:rPr>
                <w:rFonts w:ascii="Times New Roman" w:hAnsi="Times New Roman" w:cs="Times New Roman"/>
                <w:lang w:val="hr-HR"/>
              </w:rPr>
              <w:br/>
            </w:r>
            <w:r w:rsidRPr="00BF4D54">
              <w:rPr>
                <w:rFonts w:ascii="Times New Roman" w:hAnsi="Times New Roman" w:cs="Times New Roman"/>
                <w:lang w:val="hr-HR"/>
              </w:rPr>
              <w:br/>
            </w:r>
          </w:p>
        </w:tc>
      </w:tr>
      <w:tr w:rsidR="00C85B1C" w:rsidRPr="00BF4D54" w14:paraId="1F0C2578" w14:textId="77777777" w:rsidTr="00C85B1C">
        <w:trPr>
          <w:jc w:val="center"/>
        </w:trPr>
        <w:tc>
          <w:tcPr>
            <w:tcW w:w="3969" w:type="dxa"/>
            <w:vMerge w:val="restart"/>
            <w:tcBorders>
              <w:top w:val="single" w:sz="4" w:space="0" w:color="D3D3D3"/>
              <w:left w:val="single" w:sz="4" w:space="0" w:color="D3D3D3"/>
              <w:right w:val="single" w:sz="4" w:space="0" w:color="D3D3D3"/>
            </w:tcBorders>
            <w:shd w:val="clear" w:color="auto" w:fill="C2D69B" w:themeFill="accent3" w:themeFillTint="9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3CFB4A5" w14:textId="77777777" w:rsidR="00BF4D54" w:rsidRDefault="00C85B1C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lang w:val="hr-HR"/>
              </w:rPr>
              <w:t xml:space="preserve">Vrste aktivnosti koje nudimo </w:t>
            </w:r>
          </w:p>
          <w:p w14:paraId="3D9D28F7" w14:textId="78377D52" w:rsidR="00C85B1C" w:rsidRPr="00BF4D54" w:rsidRDefault="00C85B1C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sz w:val="16"/>
                <w:szCs w:val="16"/>
                <w:lang w:val="hr-HR"/>
              </w:rPr>
              <w:t>(Označite s 'X')</w:t>
            </w:r>
          </w:p>
        </w:tc>
        <w:tc>
          <w:tcPr>
            <w:tcW w:w="539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1395203" w14:textId="4F5A3D56" w:rsidR="00C85B1C" w:rsidRPr="00BF4D54" w:rsidRDefault="00C85B1C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[  ]</w:t>
            </w:r>
            <w:r w:rsidRPr="00BF4D54">
              <w:rPr>
                <w:rFonts w:ascii="Times New Roman" w:hAnsi="Times New Roman" w:cs="Times New Roman"/>
                <w:lang w:val="hr-HR"/>
              </w:rPr>
              <w:t xml:space="preserve"> Obavljanje kućanskih poslova</w:t>
            </w:r>
          </w:p>
        </w:tc>
      </w:tr>
      <w:tr w:rsidR="00C85B1C" w:rsidRPr="00BF4D54" w14:paraId="0A53B949" w14:textId="77777777" w:rsidTr="00C85B1C">
        <w:trPr>
          <w:jc w:val="center"/>
        </w:trPr>
        <w:tc>
          <w:tcPr>
            <w:tcW w:w="3969" w:type="dxa"/>
            <w:vMerge/>
            <w:tcBorders>
              <w:left w:val="single" w:sz="4" w:space="0" w:color="D3D3D3"/>
              <w:right w:val="single" w:sz="4" w:space="0" w:color="D3D3D3"/>
            </w:tcBorders>
            <w:shd w:val="clear" w:color="auto" w:fill="C2D69B" w:themeFill="accent3" w:themeFillTint="9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EA8DF0E" w14:textId="77777777" w:rsidR="00C85B1C" w:rsidRPr="00BF4D54" w:rsidRDefault="00C85B1C">
            <w:pPr>
              <w:rPr>
                <w:rFonts w:ascii="Times New Roman" w:hAnsi="Times New Roman" w:cs="Times New Roman"/>
                <w:b/>
                <w:lang w:val="hr-HR"/>
              </w:rPr>
            </w:pPr>
          </w:p>
        </w:tc>
        <w:tc>
          <w:tcPr>
            <w:tcW w:w="539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F820703" w14:textId="52B344D3" w:rsidR="00C85B1C" w:rsidRPr="00BF4D54" w:rsidRDefault="00C85B1C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[  ]</w:t>
            </w:r>
            <w:r w:rsidRPr="00BF4D54">
              <w:rPr>
                <w:rFonts w:ascii="Times New Roman" w:hAnsi="Times New Roman" w:cs="Times New Roman"/>
                <w:lang w:val="hr-HR"/>
              </w:rPr>
              <w:t xml:space="preserve"> Održavanje osobne higijene</w:t>
            </w:r>
          </w:p>
        </w:tc>
      </w:tr>
      <w:tr w:rsidR="00C85B1C" w:rsidRPr="00BF4D54" w14:paraId="0EB4F2EF" w14:textId="77777777" w:rsidTr="00C85B1C">
        <w:trPr>
          <w:jc w:val="center"/>
        </w:trPr>
        <w:tc>
          <w:tcPr>
            <w:tcW w:w="3969" w:type="dxa"/>
            <w:vMerge/>
            <w:tcBorders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C2D69B" w:themeFill="accent3" w:themeFillTint="9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F2BF1CD" w14:textId="77777777" w:rsidR="00C85B1C" w:rsidRPr="00BF4D54" w:rsidRDefault="00C85B1C">
            <w:pPr>
              <w:rPr>
                <w:rFonts w:ascii="Times New Roman" w:hAnsi="Times New Roman" w:cs="Times New Roman"/>
                <w:b/>
                <w:lang w:val="hr-HR"/>
              </w:rPr>
            </w:pPr>
          </w:p>
        </w:tc>
        <w:tc>
          <w:tcPr>
            <w:tcW w:w="539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3E837E3" w14:textId="6A4FAD04" w:rsidR="00C85B1C" w:rsidRPr="00BF4D54" w:rsidRDefault="00C85B1C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[  ]</w:t>
            </w:r>
            <w:r w:rsidRPr="00BF4D54">
              <w:rPr>
                <w:rFonts w:ascii="Times New Roman" w:hAnsi="Times New Roman" w:cs="Times New Roman"/>
                <w:lang w:val="hr-HR"/>
              </w:rPr>
              <w:t xml:space="preserve"> Zadovoljavanje drugih potreba </w:t>
            </w:r>
            <w:r w:rsidRPr="00BF4D54">
              <w:rPr>
                <w:rFonts w:ascii="Times New Roman" w:hAnsi="Times New Roman" w:cs="Times New Roman"/>
                <w:sz w:val="16"/>
                <w:szCs w:val="16"/>
                <w:lang w:val="hr-HR"/>
              </w:rPr>
              <w:t>(uređenje okućnice dr.)</w:t>
            </w:r>
          </w:p>
        </w:tc>
      </w:tr>
    </w:tbl>
    <w:p w14:paraId="3006210B" w14:textId="77777777" w:rsidR="00222777" w:rsidRPr="00BF4D54" w:rsidRDefault="00000000">
      <w:pPr>
        <w:keepNext/>
        <w:spacing w:before="320" w:after="160"/>
        <w:rPr>
          <w:rFonts w:ascii="Times New Roman" w:hAnsi="Times New Roman" w:cs="Times New Roman"/>
          <w:lang w:val="hr-HR"/>
        </w:rPr>
      </w:pPr>
      <w:r w:rsidRPr="00BF4D54">
        <w:rPr>
          <w:rFonts w:ascii="Times New Roman" w:hAnsi="Times New Roman" w:cs="Times New Roman"/>
          <w:b/>
          <w:color w:val="002D62"/>
          <w:sz w:val="26"/>
          <w:lang w:val="hr-HR"/>
        </w:rPr>
        <w:lastRenderedPageBreak/>
        <w:t>5. KONTROLNI POPIS OBVEZNE DOKUMENTACIJE (Točka V.)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4250"/>
        <w:gridCol w:w="3116"/>
      </w:tblGrid>
      <w:tr w:rsidR="00222777" w:rsidRPr="00BF4D54" w14:paraId="5DAC6B01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76923C" w:themeFill="accent3" w:themeFillShade="B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62E8287" w14:textId="77777777" w:rsidR="00222777" w:rsidRPr="00BF4D54" w:rsidRDefault="00000000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color w:val="FFFFFF"/>
                <w:lang w:val="hr-HR"/>
              </w:rPr>
              <w:t>Priloženo ("X")</w:t>
            </w:r>
          </w:p>
        </w:tc>
        <w:tc>
          <w:tcPr>
            <w:tcW w:w="425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76923C" w:themeFill="accent3" w:themeFillShade="B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1526595" w14:textId="77777777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color w:val="FFFFFF"/>
                <w:lang w:val="hr-HR"/>
              </w:rPr>
              <w:t>Naziv dokumenta koji se prilaže uz prijavu</w:t>
            </w:r>
          </w:p>
        </w:tc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76923C" w:themeFill="accent3" w:themeFillShade="B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10FFEBE" w14:textId="77777777" w:rsidR="00222777" w:rsidRPr="00BF4D54" w:rsidRDefault="00000000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b/>
                <w:color w:val="FFFFFF"/>
                <w:lang w:val="hr-HR"/>
              </w:rPr>
              <w:t>Status (Provjera)</w:t>
            </w:r>
          </w:p>
        </w:tc>
      </w:tr>
      <w:tr w:rsidR="00222777" w:rsidRPr="00BF4D54" w14:paraId="5D707191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A91F71B" w14:textId="77777777" w:rsidR="00222777" w:rsidRPr="00BF4D54" w:rsidRDefault="00000000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>[  ]</w:t>
            </w:r>
          </w:p>
        </w:tc>
        <w:tc>
          <w:tcPr>
            <w:tcW w:w="425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CC1A1C6" w14:textId="77777777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>Prilog 1. Prijavni obrazac (ispunjen, potpisan i pečatiran)</w:t>
            </w:r>
          </w:p>
        </w:tc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B67F009" w14:textId="77777777" w:rsidR="00222777" w:rsidRPr="00BF4D54" w:rsidRDefault="00000000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>[  ] Uredno / [  ] Nedostaje</w:t>
            </w:r>
          </w:p>
        </w:tc>
      </w:tr>
      <w:tr w:rsidR="00222777" w:rsidRPr="00BF4D54" w14:paraId="31B7DAC6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DC1C1E2" w14:textId="77777777" w:rsidR="00222777" w:rsidRPr="00BF4D54" w:rsidRDefault="00000000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>[  ]</w:t>
            </w:r>
          </w:p>
        </w:tc>
        <w:tc>
          <w:tcPr>
            <w:tcW w:w="425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D37DEC1" w14:textId="77777777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>Dokaz da se ne vodi kazneni postupak protiv ovlaštene osobe (ne starije od 6 mjeseci)</w:t>
            </w:r>
          </w:p>
        </w:tc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3698247" w14:textId="77777777" w:rsidR="00222777" w:rsidRPr="00BF4D54" w:rsidRDefault="00000000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>[  ] Uredno / [  ] Nedostaje</w:t>
            </w:r>
          </w:p>
        </w:tc>
      </w:tr>
      <w:tr w:rsidR="00222777" w:rsidRPr="00BF4D54" w14:paraId="3C23B7C2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550B6DE" w14:textId="77777777" w:rsidR="00222777" w:rsidRPr="00BF4D54" w:rsidRDefault="00000000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>[  ]</w:t>
            </w:r>
          </w:p>
        </w:tc>
        <w:tc>
          <w:tcPr>
            <w:tcW w:w="425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48453CB" w14:textId="77777777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>Potvrda Porezne uprave o nepostojanju duga po osnovi javnih davanja (ne starija od 30 dana)</w:t>
            </w:r>
          </w:p>
        </w:tc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38F5103" w14:textId="77777777" w:rsidR="00222777" w:rsidRPr="00BF4D54" w:rsidRDefault="00000000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>[  ] Uredno / [  ] Nedostaje</w:t>
            </w:r>
          </w:p>
        </w:tc>
      </w:tr>
      <w:tr w:rsidR="00222777" w:rsidRPr="00BF4D54" w14:paraId="5DD5764D" w14:textId="77777777" w:rsidTr="00C85B1C">
        <w:trPr>
          <w:jc w:val="center"/>
        </w:trPr>
        <w:tc>
          <w:tcPr>
            <w:tcW w:w="198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14D54E2" w14:textId="77777777" w:rsidR="00222777" w:rsidRPr="00BF4D54" w:rsidRDefault="00000000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>[  ]</w:t>
            </w:r>
          </w:p>
        </w:tc>
        <w:tc>
          <w:tcPr>
            <w:tcW w:w="425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EBE3FE9" w14:textId="77777777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>Ugovori o radu s gerontodomaćicama (dokaz o operativnom i kadrovskom kapacitetu)</w:t>
            </w:r>
          </w:p>
        </w:tc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3A6B75E" w14:textId="77777777" w:rsidR="00222777" w:rsidRPr="00BF4D54" w:rsidRDefault="00000000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>[  ] Uredno / [  ] Nedostaje</w:t>
            </w:r>
          </w:p>
        </w:tc>
      </w:tr>
    </w:tbl>
    <w:p w14:paraId="61284A34" w14:textId="77777777" w:rsidR="00222777" w:rsidRPr="00BF4D54" w:rsidRDefault="00000000">
      <w:pPr>
        <w:keepNext/>
        <w:spacing w:before="320" w:after="160"/>
        <w:rPr>
          <w:rFonts w:ascii="Times New Roman" w:hAnsi="Times New Roman" w:cs="Times New Roman"/>
          <w:lang w:val="hr-HR"/>
        </w:rPr>
      </w:pPr>
      <w:r w:rsidRPr="00BF4D54">
        <w:rPr>
          <w:rFonts w:ascii="Times New Roman" w:hAnsi="Times New Roman" w:cs="Times New Roman"/>
          <w:b/>
          <w:color w:val="002D62"/>
          <w:sz w:val="26"/>
          <w:lang w:val="hr-HR"/>
        </w:rPr>
        <w:t>6. IZJAVA I POTPIS PRIJAVITELJA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222777" w:rsidRPr="00BF4D54" w14:paraId="40051CF1" w14:textId="77777777">
        <w:trPr>
          <w:jc w:val="center"/>
        </w:trPr>
        <w:tc>
          <w:tcPr>
            <w:tcW w:w="93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9F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1B38BC0" w14:textId="2FCC58C9" w:rsidR="00222777" w:rsidRPr="00BF4D54" w:rsidRDefault="00000000" w:rsidP="00BF4D5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>Podnošenjem ovog prijavnog obrasca, kao ovlaštena osoba prijavitelja, pod materijalnom i kaznenom odgovornošću izjavljujem da su svi podaci navedeni u tablicama istiniti, točni i potpuni.</w:t>
            </w:r>
            <w:r w:rsidRPr="00BF4D54">
              <w:rPr>
                <w:rFonts w:ascii="Times New Roman" w:hAnsi="Times New Roman" w:cs="Times New Roman"/>
                <w:lang w:val="hr-HR"/>
              </w:rPr>
              <w:br/>
            </w:r>
            <w:r w:rsidRPr="00BF4D54">
              <w:rPr>
                <w:rFonts w:ascii="Times New Roman" w:hAnsi="Times New Roman" w:cs="Times New Roman"/>
                <w:lang w:val="hr-HR"/>
              </w:rPr>
              <w:br/>
            </w:r>
            <w:r w:rsidR="00BF4D54">
              <w:rPr>
                <w:rFonts w:ascii="Times New Roman" w:hAnsi="Times New Roman" w:cs="Times New Roman"/>
                <w:lang w:val="hr-HR"/>
              </w:rPr>
              <w:t>Ujedno da</w:t>
            </w:r>
            <w:r w:rsidRPr="00BF4D54">
              <w:rPr>
                <w:rFonts w:ascii="Times New Roman" w:hAnsi="Times New Roman" w:cs="Times New Roman"/>
                <w:lang w:val="hr-HR"/>
              </w:rPr>
              <w:t>jem privolu Koprivničko-križevačkoj županiji da podatke iz ovog obrasca i priložene dokumentacije koristi u svrhu administrativne provjere, ocjene i valorizacije prijava od strane tročlanog Povjerenstva te u svrhu sklapanja tripartitnog sporazuma sukladno uvjetima ovog Poziva.</w:t>
            </w:r>
          </w:p>
        </w:tc>
      </w:tr>
    </w:tbl>
    <w:p w14:paraId="1F341B60" w14:textId="77777777" w:rsidR="00222777" w:rsidRPr="00BF4D54" w:rsidRDefault="00222777">
      <w:pPr>
        <w:spacing w:before="240"/>
        <w:rPr>
          <w:rFonts w:ascii="Times New Roman" w:hAnsi="Times New Roman" w:cs="Times New Roman"/>
          <w:lang w:val="hr-H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3113"/>
        <w:gridCol w:w="3119"/>
      </w:tblGrid>
      <w:tr w:rsidR="00222777" w:rsidRPr="00BF4D54" w14:paraId="4D686ADB" w14:textId="77777777">
        <w:trPr>
          <w:jc w:val="center"/>
        </w:trPr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D0AF2D7" w14:textId="77777777" w:rsidR="00222777" w:rsidRPr="00BF4D54" w:rsidRDefault="00000000">
            <w:pPr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>U __________________,</w:t>
            </w:r>
            <w:r w:rsidRPr="00BF4D54">
              <w:rPr>
                <w:rFonts w:ascii="Times New Roman" w:hAnsi="Times New Roman" w:cs="Times New Roman"/>
                <w:lang w:val="hr-HR"/>
              </w:rPr>
              <w:br/>
            </w:r>
            <w:r w:rsidRPr="00BF4D54">
              <w:rPr>
                <w:rFonts w:ascii="Times New Roman" w:hAnsi="Times New Roman" w:cs="Times New Roman"/>
                <w:lang w:val="hr-HR"/>
              </w:rPr>
              <w:br/>
              <w:t>dana ____.____.2026. godine.</w:t>
            </w:r>
          </w:p>
        </w:tc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812E817" w14:textId="77777777" w:rsidR="00222777" w:rsidRPr="00BF4D54" w:rsidRDefault="00000000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>M.P.</w:t>
            </w:r>
            <w:r w:rsidRPr="00BF4D54">
              <w:rPr>
                <w:rFonts w:ascii="Times New Roman" w:hAnsi="Times New Roman" w:cs="Times New Roman"/>
                <w:lang w:val="hr-HR"/>
              </w:rPr>
              <w:br/>
              <w:t>(Pečat)</w:t>
            </w:r>
          </w:p>
        </w:tc>
        <w:tc>
          <w:tcPr>
            <w:tcW w:w="3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85E86DC" w14:textId="77777777" w:rsidR="00222777" w:rsidRPr="00BF4D54" w:rsidRDefault="00000000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BF4D54">
              <w:rPr>
                <w:rFonts w:ascii="Times New Roman" w:hAnsi="Times New Roman" w:cs="Times New Roman"/>
                <w:lang w:val="hr-HR"/>
              </w:rPr>
              <w:t>_______________________</w:t>
            </w:r>
            <w:r w:rsidRPr="00BF4D54">
              <w:rPr>
                <w:rFonts w:ascii="Times New Roman" w:hAnsi="Times New Roman" w:cs="Times New Roman"/>
                <w:lang w:val="hr-HR"/>
              </w:rPr>
              <w:br/>
              <w:t>Potpis ovlaštene osobe</w:t>
            </w:r>
          </w:p>
        </w:tc>
      </w:tr>
    </w:tbl>
    <w:p w14:paraId="39D83198" w14:textId="77777777" w:rsidR="007D154E" w:rsidRPr="00BF4D54" w:rsidRDefault="007D154E">
      <w:pPr>
        <w:rPr>
          <w:rFonts w:ascii="Times New Roman" w:hAnsi="Times New Roman" w:cs="Times New Roman"/>
          <w:lang w:val="hr-HR"/>
        </w:rPr>
      </w:pPr>
    </w:p>
    <w:sectPr w:rsidR="007D154E" w:rsidRPr="00BF4D54" w:rsidSect="0003461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529A8" w14:textId="77777777" w:rsidR="00FF25F9" w:rsidRDefault="00FF25F9" w:rsidP="00C85B1C">
      <w:pPr>
        <w:spacing w:after="0" w:line="240" w:lineRule="auto"/>
      </w:pPr>
      <w:r>
        <w:separator/>
      </w:r>
    </w:p>
  </w:endnote>
  <w:endnote w:type="continuationSeparator" w:id="0">
    <w:p w14:paraId="0FB8D5BD" w14:textId="77777777" w:rsidR="00FF25F9" w:rsidRDefault="00FF25F9" w:rsidP="00C85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2823392"/>
      <w:docPartObj>
        <w:docPartGallery w:val="Page Numbers (Bottom of Page)"/>
        <w:docPartUnique/>
      </w:docPartObj>
    </w:sdtPr>
    <w:sdtContent>
      <w:p w14:paraId="5BB83E82" w14:textId="00A5474D" w:rsidR="00C85B1C" w:rsidRDefault="00C85B1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4990751C" w14:textId="77777777" w:rsidR="00C85B1C" w:rsidRDefault="00C85B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AFA6E" w14:textId="77777777" w:rsidR="00FF25F9" w:rsidRDefault="00FF25F9" w:rsidP="00C85B1C">
      <w:pPr>
        <w:spacing w:after="0" w:line="240" w:lineRule="auto"/>
      </w:pPr>
      <w:r>
        <w:separator/>
      </w:r>
    </w:p>
  </w:footnote>
  <w:footnote w:type="continuationSeparator" w:id="0">
    <w:p w14:paraId="3B98FEE7" w14:textId="77777777" w:rsidR="00FF25F9" w:rsidRDefault="00FF25F9" w:rsidP="00C85B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1985975">
    <w:abstractNumId w:val="8"/>
  </w:num>
  <w:num w:numId="2" w16cid:durableId="1028684248">
    <w:abstractNumId w:val="6"/>
  </w:num>
  <w:num w:numId="3" w16cid:durableId="844053642">
    <w:abstractNumId w:val="5"/>
  </w:num>
  <w:num w:numId="4" w16cid:durableId="901449816">
    <w:abstractNumId w:val="4"/>
  </w:num>
  <w:num w:numId="5" w16cid:durableId="1636988475">
    <w:abstractNumId w:val="7"/>
  </w:num>
  <w:num w:numId="6" w16cid:durableId="2108036828">
    <w:abstractNumId w:val="3"/>
  </w:num>
  <w:num w:numId="7" w16cid:durableId="1858541991">
    <w:abstractNumId w:val="2"/>
  </w:num>
  <w:num w:numId="8" w16cid:durableId="2136871053">
    <w:abstractNumId w:val="1"/>
  </w:num>
  <w:num w:numId="9" w16cid:durableId="337583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2777"/>
    <w:rsid w:val="0029639D"/>
    <w:rsid w:val="00303692"/>
    <w:rsid w:val="00326F90"/>
    <w:rsid w:val="004E15B3"/>
    <w:rsid w:val="006C74FE"/>
    <w:rsid w:val="007D154E"/>
    <w:rsid w:val="009D17A2"/>
    <w:rsid w:val="00A103EE"/>
    <w:rsid w:val="00AA1D8D"/>
    <w:rsid w:val="00B47730"/>
    <w:rsid w:val="00BF4D54"/>
    <w:rsid w:val="00C81307"/>
    <w:rsid w:val="00C85B1C"/>
    <w:rsid w:val="00CB0664"/>
    <w:rsid w:val="00CE56AA"/>
    <w:rsid w:val="00D7424A"/>
    <w:rsid w:val="00F07EAE"/>
    <w:rsid w:val="00FC693F"/>
    <w:rsid w:val="00FF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5A5FDB"/>
  <w14:defaultImageDpi w14:val="300"/>
  <w15:docId w15:val="{BD50306C-D9CC-4D11-AA6D-C2B587D43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540</Words>
  <Characters>3083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 Mlinarić</cp:lastModifiedBy>
  <cp:revision>4</cp:revision>
  <dcterms:created xsi:type="dcterms:W3CDTF">2026-11-02T12:57:00Z</dcterms:created>
  <dcterms:modified xsi:type="dcterms:W3CDTF">2026-11-04T06:36:00Z</dcterms:modified>
  <cp:category/>
</cp:coreProperties>
</file>