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C4933" w14:textId="77777777" w:rsidR="006A11F4" w:rsidRPr="006A11F4" w:rsidRDefault="006A11F4" w:rsidP="003667DF">
      <w:pPr>
        <w:spacing w:after="0" w:line="240" w:lineRule="auto"/>
        <w:jc w:val="both"/>
        <w:rPr>
          <w:rFonts w:cs="Times New Roman"/>
          <w:b/>
          <w:bCs/>
          <w:sz w:val="24"/>
          <w:szCs w:val="24"/>
          <w:u w:val="single"/>
        </w:rPr>
      </w:pPr>
      <w:r w:rsidRPr="006A11F4">
        <w:rPr>
          <w:rFonts w:cs="Times New Roman"/>
          <w:b/>
          <w:bCs/>
          <w:sz w:val="24"/>
          <w:szCs w:val="24"/>
          <w:u w:val="single"/>
        </w:rPr>
        <w:t>NACRT ODLUKE</w:t>
      </w:r>
    </w:p>
    <w:p w14:paraId="065E35B7" w14:textId="77777777" w:rsidR="006A11F4" w:rsidRDefault="006A11F4" w:rsidP="003667D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1D48508C" w14:textId="1930F61B" w:rsidR="008E719E" w:rsidRDefault="00000000" w:rsidP="003667DF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3667DF">
        <w:rPr>
          <w:rFonts w:cs="Times New Roman"/>
          <w:sz w:val="24"/>
          <w:szCs w:val="24"/>
        </w:rPr>
        <w:t xml:space="preserve">Na </w:t>
      </w:r>
      <w:proofErr w:type="spellStart"/>
      <w:r w:rsidRPr="003667DF">
        <w:rPr>
          <w:rFonts w:cs="Times New Roman"/>
          <w:sz w:val="24"/>
          <w:szCs w:val="24"/>
        </w:rPr>
        <w:t>temelju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članka</w:t>
      </w:r>
      <w:proofErr w:type="spellEnd"/>
      <w:r w:rsidRPr="003667DF">
        <w:rPr>
          <w:rFonts w:cs="Times New Roman"/>
          <w:sz w:val="24"/>
          <w:szCs w:val="24"/>
        </w:rPr>
        <w:t xml:space="preserve"> 15. </w:t>
      </w:r>
      <w:proofErr w:type="spellStart"/>
      <w:r w:rsidRPr="003667DF">
        <w:rPr>
          <w:rFonts w:cs="Times New Roman"/>
          <w:sz w:val="24"/>
          <w:szCs w:val="24"/>
        </w:rPr>
        <w:t>Zakona</w:t>
      </w:r>
      <w:proofErr w:type="spellEnd"/>
      <w:r w:rsidRPr="003667DF">
        <w:rPr>
          <w:rFonts w:cs="Times New Roman"/>
          <w:sz w:val="24"/>
          <w:szCs w:val="24"/>
        </w:rPr>
        <w:t xml:space="preserve"> o </w:t>
      </w:r>
      <w:proofErr w:type="spellStart"/>
      <w:r w:rsidRPr="003667DF">
        <w:rPr>
          <w:rFonts w:cs="Times New Roman"/>
          <w:sz w:val="24"/>
          <w:szCs w:val="24"/>
        </w:rPr>
        <w:t>turističkoj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pristojbi</w:t>
      </w:r>
      <w:proofErr w:type="spellEnd"/>
      <w:r w:rsidRPr="003667DF">
        <w:rPr>
          <w:rFonts w:cs="Times New Roman"/>
          <w:sz w:val="24"/>
          <w:szCs w:val="24"/>
        </w:rPr>
        <w:t xml:space="preserve"> („</w:t>
      </w:r>
      <w:proofErr w:type="spellStart"/>
      <w:r w:rsidRPr="003667DF">
        <w:rPr>
          <w:rFonts w:cs="Times New Roman"/>
          <w:sz w:val="24"/>
          <w:szCs w:val="24"/>
        </w:rPr>
        <w:t>Narodne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gramStart"/>
      <w:r w:rsidRPr="003667DF">
        <w:rPr>
          <w:rFonts w:cs="Times New Roman"/>
          <w:sz w:val="24"/>
          <w:szCs w:val="24"/>
        </w:rPr>
        <w:t xml:space="preserve">novine“ </w:t>
      </w:r>
      <w:proofErr w:type="spellStart"/>
      <w:r w:rsidRPr="003667DF">
        <w:rPr>
          <w:rFonts w:cs="Times New Roman"/>
          <w:sz w:val="24"/>
          <w:szCs w:val="24"/>
        </w:rPr>
        <w:t>broj</w:t>
      </w:r>
      <w:proofErr w:type="spellEnd"/>
      <w:proofErr w:type="gramEnd"/>
      <w:r w:rsidRPr="003667DF">
        <w:rPr>
          <w:rFonts w:cs="Times New Roman"/>
          <w:sz w:val="24"/>
          <w:szCs w:val="24"/>
        </w:rPr>
        <w:t xml:space="preserve"> 52/19., 32/20. i 42/20.), </w:t>
      </w:r>
      <w:proofErr w:type="spellStart"/>
      <w:r w:rsidRPr="003667DF">
        <w:rPr>
          <w:rFonts w:cs="Times New Roman"/>
          <w:sz w:val="24"/>
          <w:szCs w:val="24"/>
        </w:rPr>
        <w:t>članka</w:t>
      </w:r>
      <w:proofErr w:type="spellEnd"/>
      <w:r w:rsidRPr="003667DF">
        <w:rPr>
          <w:rFonts w:cs="Times New Roman"/>
          <w:sz w:val="24"/>
          <w:szCs w:val="24"/>
        </w:rPr>
        <w:t xml:space="preserve"> 1. </w:t>
      </w:r>
      <w:proofErr w:type="spellStart"/>
      <w:r w:rsidRPr="003667DF">
        <w:rPr>
          <w:rFonts w:cs="Times New Roman"/>
          <w:sz w:val="24"/>
          <w:szCs w:val="24"/>
        </w:rPr>
        <w:t>stavka</w:t>
      </w:r>
      <w:proofErr w:type="spellEnd"/>
      <w:r w:rsidRPr="003667DF">
        <w:rPr>
          <w:rFonts w:cs="Times New Roman"/>
          <w:sz w:val="24"/>
          <w:szCs w:val="24"/>
        </w:rPr>
        <w:t xml:space="preserve"> 2. </w:t>
      </w:r>
      <w:proofErr w:type="spellStart"/>
      <w:r w:rsidRPr="003667DF">
        <w:rPr>
          <w:rFonts w:cs="Times New Roman"/>
          <w:sz w:val="24"/>
          <w:szCs w:val="24"/>
        </w:rPr>
        <w:t>Pravilnika</w:t>
      </w:r>
      <w:proofErr w:type="spellEnd"/>
      <w:r w:rsidRPr="003667DF">
        <w:rPr>
          <w:rFonts w:cs="Times New Roman"/>
          <w:sz w:val="24"/>
          <w:szCs w:val="24"/>
        </w:rPr>
        <w:t xml:space="preserve"> o </w:t>
      </w:r>
      <w:proofErr w:type="spellStart"/>
      <w:r w:rsidRPr="003667DF">
        <w:rPr>
          <w:rFonts w:cs="Times New Roman"/>
          <w:sz w:val="24"/>
          <w:szCs w:val="24"/>
        </w:rPr>
        <w:t>najnižem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najvišem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iznosu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turističke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pristojbe</w:t>
      </w:r>
      <w:proofErr w:type="spellEnd"/>
      <w:r w:rsidRPr="003667DF">
        <w:rPr>
          <w:rFonts w:cs="Times New Roman"/>
          <w:sz w:val="24"/>
          <w:szCs w:val="24"/>
        </w:rPr>
        <w:t xml:space="preserve"> („</w:t>
      </w:r>
      <w:proofErr w:type="spellStart"/>
      <w:r w:rsidRPr="003667DF">
        <w:rPr>
          <w:rFonts w:cs="Times New Roman"/>
          <w:sz w:val="24"/>
          <w:szCs w:val="24"/>
        </w:rPr>
        <w:t>Narodne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gramStart"/>
      <w:r w:rsidRPr="003667DF">
        <w:rPr>
          <w:rFonts w:cs="Times New Roman"/>
          <w:sz w:val="24"/>
          <w:szCs w:val="24"/>
        </w:rPr>
        <w:t xml:space="preserve">novine“ </w:t>
      </w:r>
      <w:proofErr w:type="spellStart"/>
      <w:r w:rsidRPr="003667DF">
        <w:rPr>
          <w:rFonts w:cs="Times New Roman"/>
          <w:sz w:val="24"/>
          <w:szCs w:val="24"/>
        </w:rPr>
        <w:t>broj</w:t>
      </w:r>
      <w:proofErr w:type="spellEnd"/>
      <w:proofErr w:type="gramEnd"/>
      <w:r w:rsidRPr="003667DF">
        <w:rPr>
          <w:rFonts w:cs="Times New Roman"/>
          <w:sz w:val="24"/>
          <w:szCs w:val="24"/>
        </w:rPr>
        <w:t xml:space="preserve"> 71/19.) </w:t>
      </w:r>
      <w:proofErr w:type="spellStart"/>
      <w:r w:rsidRPr="003667DF">
        <w:rPr>
          <w:rFonts w:cs="Times New Roman"/>
          <w:sz w:val="24"/>
          <w:szCs w:val="24"/>
        </w:rPr>
        <w:t>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članka</w:t>
      </w:r>
      <w:proofErr w:type="spellEnd"/>
      <w:r w:rsidRPr="003667DF">
        <w:rPr>
          <w:rFonts w:cs="Times New Roman"/>
          <w:sz w:val="24"/>
          <w:szCs w:val="24"/>
        </w:rPr>
        <w:t xml:space="preserve"> 37. </w:t>
      </w:r>
      <w:proofErr w:type="spellStart"/>
      <w:r w:rsidRPr="003667DF">
        <w:rPr>
          <w:rFonts w:cs="Times New Roman"/>
          <w:sz w:val="24"/>
          <w:szCs w:val="24"/>
        </w:rPr>
        <w:t>Statuta</w:t>
      </w:r>
      <w:proofErr w:type="spellEnd"/>
      <w:r w:rsidRPr="003667DF">
        <w:rPr>
          <w:rFonts w:cs="Times New Roman"/>
          <w:sz w:val="24"/>
          <w:szCs w:val="24"/>
        </w:rPr>
        <w:t xml:space="preserve"> Koprivničko-križevačke županije („</w:t>
      </w:r>
      <w:proofErr w:type="spellStart"/>
      <w:r w:rsidRPr="003667DF">
        <w:rPr>
          <w:rFonts w:cs="Times New Roman"/>
          <w:sz w:val="24"/>
          <w:szCs w:val="24"/>
        </w:rPr>
        <w:t>Službeni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glasnik</w:t>
      </w:r>
      <w:proofErr w:type="spellEnd"/>
      <w:r w:rsidRPr="003667DF">
        <w:rPr>
          <w:rFonts w:cs="Times New Roman"/>
          <w:sz w:val="24"/>
          <w:szCs w:val="24"/>
        </w:rPr>
        <w:t xml:space="preserve"> Koprivničko-križevačke </w:t>
      </w:r>
      <w:proofErr w:type="gramStart"/>
      <w:r w:rsidRPr="003667DF">
        <w:rPr>
          <w:rFonts w:cs="Times New Roman"/>
          <w:sz w:val="24"/>
          <w:szCs w:val="24"/>
        </w:rPr>
        <w:t xml:space="preserve">županije“ </w:t>
      </w:r>
      <w:proofErr w:type="spellStart"/>
      <w:r w:rsidRPr="003667DF">
        <w:rPr>
          <w:rFonts w:cs="Times New Roman"/>
          <w:sz w:val="24"/>
          <w:szCs w:val="24"/>
        </w:rPr>
        <w:t>broj</w:t>
      </w:r>
      <w:proofErr w:type="spellEnd"/>
      <w:proofErr w:type="gramEnd"/>
      <w:r w:rsidRPr="003667DF">
        <w:rPr>
          <w:rFonts w:cs="Times New Roman"/>
          <w:sz w:val="24"/>
          <w:szCs w:val="24"/>
        </w:rPr>
        <w:t xml:space="preserve"> 7/13., 14/13., 9/15., 11/15. – </w:t>
      </w:r>
      <w:proofErr w:type="spellStart"/>
      <w:r w:rsidRPr="003667DF">
        <w:rPr>
          <w:rFonts w:cs="Times New Roman"/>
          <w:sz w:val="24"/>
          <w:szCs w:val="24"/>
        </w:rPr>
        <w:t>pročišćeni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tekst</w:t>
      </w:r>
      <w:proofErr w:type="spellEnd"/>
      <w:r w:rsidRPr="003667DF">
        <w:rPr>
          <w:rFonts w:cs="Times New Roman"/>
          <w:sz w:val="24"/>
          <w:szCs w:val="24"/>
        </w:rPr>
        <w:t xml:space="preserve">, 2/18., 3/18. – </w:t>
      </w:r>
      <w:proofErr w:type="spellStart"/>
      <w:r w:rsidRPr="003667DF">
        <w:rPr>
          <w:rFonts w:cs="Times New Roman"/>
          <w:sz w:val="24"/>
          <w:szCs w:val="24"/>
        </w:rPr>
        <w:t>pročišćeni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tekst</w:t>
      </w:r>
      <w:proofErr w:type="spellEnd"/>
      <w:r w:rsidRPr="003667DF">
        <w:rPr>
          <w:rFonts w:cs="Times New Roman"/>
          <w:sz w:val="24"/>
          <w:szCs w:val="24"/>
        </w:rPr>
        <w:t xml:space="preserve">, 4/20., 25/20., 3/21. i 4/21. – </w:t>
      </w:r>
      <w:proofErr w:type="spellStart"/>
      <w:r w:rsidRPr="003667DF">
        <w:rPr>
          <w:rFonts w:cs="Times New Roman"/>
          <w:sz w:val="24"/>
          <w:szCs w:val="24"/>
        </w:rPr>
        <w:t>pročišćeni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tekst</w:t>
      </w:r>
      <w:proofErr w:type="spellEnd"/>
      <w:r w:rsidRPr="003667DF">
        <w:rPr>
          <w:rFonts w:cs="Times New Roman"/>
          <w:sz w:val="24"/>
          <w:szCs w:val="24"/>
        </w:rPr>
        <w:t xml:space="preserve">), Županijska skupština Koprivničko-križevačke županije </w:t>
      </w:r>
      <w:proofErr w:type="spellStart"/>
      <w:r w:rsidRPr="003667DF">
        <w:rPr>
          <w:rFonts w:cs="Times New Roman"/>
          <w:sz w:val="24"/>
          <w:szCs w:val="24"/>
        </w:rPr>
        <w:t>na</w:t>
      </w:r>
      <w:proofErr w:type="spellEnd"/>
      <w:r w:rsidRPr="003667DF">
        <w:rPr>
          <w:rFonts w:cs="Times New Roman"/>
          <w:sz w:val="24"/>
          <w:szCs w:val="24"/>
        </w:rPr>
        <w:t xml:space="preserve"> __. </w:t>
      </w:r>
      <w:proofErr w:type="spellStart"/>
      <w:r w:rsidRPr="003667DF">
        <w:rPr>
          <w:rFonts w:cs="Times New Roman"/>
          <w:sz w:val="24"/>
          <w:szCs w:val="24"/>
        </w:rPr>
        <w:t>sjednici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održanoj</w:t>
      </w:r>
      <w:proofErr w:type="spellEnd"/>
      <w:r w:rsidRPr="003667DF">
        <w:rPr>
          <w:rFonts w:cs="Times New Roman"/>
          <w:sz w:val="24"/>
          <w:szCs w:val="24"/>
        </w:rPr>
        <w:t xml:space="preserve"> __________ 202</w:t>
      </w:r>
      <w:r w:rsidR="006468E4" w:rsidRPr="003667DF">
        <w:rPr>
          <w:rFonts w:cs="Times New Roman"/>
          <w:sz w:val="24"/>
          <w:szCs w:val="24"/>
        </w:rPr>
        <w:t>6</w:t>
      </w:r>
      <w:r w:rsidRPr="003667DF">
        <w:rPr>
          <w:rFonts w:cs="Times New Roman"/>
          <w:sz w:val="24"/>
          <w:szCs w:val="24"/>
        </w:rPr>
        <w:t xml:space="preserve">. </w:t>
      </w:r>
      <w:proofErr w:type="spellStart"/>
      <w:r w:rsidRPr="003667DF">
        <w:rPr>
          <w:rFonts w:cs="Times New Roman"/>
          <w:sz w:val="24"/>
          <w:szCs w:val="24"/>
        </w:rPr>
        <w:t>donijela</w:t>
      </w:r>
      <w:proofErr w:type="spellEnd"/>
      <w:r w:rsidRPr="003667DF">
        <w:rPr>
          <w:rFonts w:cs="Times New Roman"/>
          <w:sz w:val="24"/>
          <w:szCs w:val="24"/>
        </w:rPr>
        <w:t xml:space="preserve"> je</w:t>
      </w:r>
    </w:p>
    <w:p w14:paraId="5E75DD7C" w14:textId="77777777" w:rsidR="003667DF" w:rsidRPr="003667DF" w:rsidRDefault="003667DF" w:rsidP="003667D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7A46BC89" w14:textId="77777777" w:rsidR="008E719E" w:rsidRPr="003667DF" w:rsidRDefault="00000000" w:rsidP="003667DF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3667DF">
        <w:rPr>
          <w:rFonts w:cs="Times New Roman"/>
          <w:b/>
          <w:sz w:val="24"/>
          <w:szCs w:val="24"/>
        </w:rPr>
        <w:t>ODLUKU</w:t>
      </w:r>
    </w:p>
    <w:p w14:paraId="06BBBE06" w14:textId="77777777" w:rsidR="008E719E" w:rsidRPr="003667DF" w:rsidRDefault="00000000" w:rsidP="003667DF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3667DF">
        <w:rPr>
          <w:rFonts w:cs="Times New Roman"/>
          <w:b/>
          <w:sz w:val="24"/>
          <w:szCs w:val="24"/>
        </w:rPr>
        <w:t xml:space="preserve">o </w:t>
      </w:r>
      <w:proofErr w:type="spellStart"/>
      <w:r w:rsidRPr="003667DF">
        <w:rPr>
          <w:rFonts w:cs="Times New Roman"/>
          <w:b/>
          <w:sz w:val="24"/>
          <w:szCs w:val="24"/>
        </w:rPr>
        <w:t>visini</w:t>
      </w:r>
      <w:proofErr w:type="spellEnd"/>
      <w:r w:rsidRPr="003667DF">
        <w:rPr>
          <w:rFonts w:cs="Times New Roman"/>
          <w:b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b/>
          <w:sz w:val="24"/>
          <w:szCs w:val="24"/>
        </w:rPr>
        <w:t>turističke</w:t>
      </w:r>
      <w:proofErr w:type="spellEnd"/>
      <w:r w:rsidRPr="003667DF">
        <w:rPr>
          <w:rFonts w:cs="Times New Roman"/>
          <w:b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b/>
          <w:sz w:val="24"/>
          <w:szCs w:val="24"/>
        </w:rPr>
        <w:t>pristojbe</w:t>
      </w:r>
      <w:proofErr w:type="spellEnd"/>
      <w:r w:rsidRPr="003667DF">
        <w:rPr>
          <w:rFonts w:cs="Times New Roman"/>
          <w:b/>
          <w:sz w:val="24"/>
          <w:szCs w:val="24"/>
        </w:rPr>
        <w:t xml:space="preserve"> za 2028. </w:t>
      </w:r>
      <w:proofErr w:type="spellStart"/>
      <w:r w:rsidRPr="003667DF">
        <w:rPr>
          <w:rFonts w:cs="Times New Roman"/>
          <w:b/>
          <w:sz w:val="24"/>
          <w:szCs w:val="24"/>
        </w:rPr>
        <w:t>godinu</w:t>
      </w:r>
      <w:proofErr w:type="spellEnd"/>
    </w:p>
    <w:p w14:paraId="6B758F2B" w14:textId="77777777" w:rsidR="008E719E" w:rsidRDefault="00000000" w:rsidP="003667DF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proofErr w:type="spellStart"/>
      <w:r w:rsidRPr="003667DF">
        <w:rPr>
          <w:rFonts w:cs="Times New Roman"/>
          <w:b/>
          <w:sz w:val="24"/>
          <w:szCs w:val="24"/>
        </w:rPr>
        <w:t>na</w:t>
      </w:r>
      <w:proofErr w:type="spellEnd"/>
      <w:r w:rsidRPr="003667DF">
        <w:rPr>
          <w:rFonts w:cs="Times New Roman"/>
          <w:b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b/>
          <w:sz w:val="24"/>
          <w:szCs w:val="24"/>
        </w:rPr>
        <w:t>području</w:t>
      </w:r>
      <w:proofErr w:type="spellEnd"/>
      <w:r w:rsidRPr="003667DF">
        <w:rPr>
          <w:rFonts w:cs="Times New Roman"/>
          <w:b/>
          <w:sz w:val="24"/>
          <w:szCs w:val="24"/>
        </w:rPr>
        <w:t xml:space="preserve"> Koprivničko-križevačke županije</w:t>
      </w:r>
    </w:p>
    <w:p w14:paraId="3697D7FA" w14:textId="77777777" w:rsidR="003667DF" w:rsidRPr="003667DF" w:rsidRDefault="003667DF" w:rsidP="003667D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18025E28" w14:textId="77777777" w:rsidR="008E719E" w:rsidRPr="003667DF" w:rsidRDefault="00000000" w:rsidP="003667DF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 w:rsidRPr="003667DF">
        <w:rPr>
          <w:rFonts w:cs="Times New Roman"/>
          <w:bCs/>
          <w:sz w:val="24"/>
          <w:szCs w:val="24"/>
        </w:rPr>
        <w:t>I. UVODNA ODREDBA</w:t>
      </w:r>
    </w:p>
    <w:p w14:paraId="2DE2EFFC" w14:textId="77777777" w:rsidR="008E719E" w:rsidRDefault="00000000" w:rsidP="003667DF">
      <w:pPr>
        <w:spacing w:after="0" w:line="240" w:lineRule="auto"/>
        <w:jc w:val="center"/>
        <w:rPr>
          <w:rFonts w:cs="Times New Roman"/>
          <w:bCs/>
          <w:sz w:val="24"/>
          <w:szCs w:val="24"/>
        </w:rPr>
      </w:pPr>
      <w:proofErr w:type="spellStart"/>
      <w:r w:rsidRPr="003667DF">
        <w:rPr>
          <w:rFonts w:cs="Times New Roman"/>
          <w:bCs/>
          <w:sz w:val="24"/>
          <w:szCs w:val="24"/>
        </w:rPr>
        <w:t>Članak</w:t>
      </w:r>
      <w:proofErr w:type="spellEnd"/>
      <w:r w:rsidRPr="003667DF">
        <w:rPr>
          <w:rFonts w:cs="Times New Roman"/>
          <w:bCs/>
          <w:sz w:val="24"/>
          <w:szCs w:val="24"/>
        </w:rPr>
        <w:t xml:space="preserve"> 1.</w:t>
      </w:r>
    </w:p>
    <w:p w14:paraId="5ED62A8B" w14:textId="77777777" w:rsidR="003667DF" w:rsidRPr="003667DF" w:rsidRDefault="003667DF" w:rsidP="003667DF">
      <w:pPr>
        <w:spacing w:after="0" w:line="240" w:lineRule="auto"/>
        <w:jc w:val="center"/>
        <w:rPr>
          <w:rFonts w:cs="Times New Roman"/>
          <w:bCs/>
          <w:sz w:val="24"/>
          <w:szCs w:val="24"/>
        </w:rPr>
      </w:pPr>
    </w:p>
    <w:p w14:paraId="761D6D03" w14:textId="3E40849E" w:rsidR="008E719E" w:rsidRPr="003667DF" w:rsidRDefault="00000000" w:rsidP="003667DF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proofErr w:type="spellStart"/>
      <w:r w:rsidRPr="003667DF">
        <w:rPr>
          <w:rFonts w:cs="Times New Roman"/>
          <w:sz w:val="24"/>
          <w:szCs w:val="24"/>
        </w:rPr>
        <w:t>Odlukom</w:t>
      </w:r>
      <w:proofErr w:type="spellEnd"/>
      <w:r w:rsidRPr="003667DF">
        <w:rPr>
          <w:rFonts w:cs="Times New Roman"/>
          <w:sz w:val="24"/>
          <w:szCs w:val="24"/>
        </w:rPr>
        <w:t xml:space="preserve"> o </w:t>
      </w:r>
      <w:proofErr w:type="spellStart"/>
      <w:r w:rsidRPr="003667DF">
        <w:rPr>
          <w:rFonts w:cs="Times New Roman"/>
          <w:sz w:val="24"/>
          <w:szCs w:val="24"/>
        </w:rPr>
        <w:t>visini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turističke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pristojbe</w:t>
      </w:r>
      <w:proofErr w:type="spellEnd"/>
      <w:r w:rsidRPr="003667DF">
        <w:rPr>
          <w:rFonts w:cs="Times New Roman"/>
          <w:sz w:val="24"/>
          <w:szCs w:val="24"/>
        </w:rPr>
        <w:t xml:space="preserve"> za 2028. </w:t>
      </w:r>
      <w:proofErr w:type="spellStart"/>
      <w:r w:rsidRPr="003667DF">
        <w:rPr>
          <w:rFonts w:cs="Times New Roman"/>
          <w:sz w:val="24"/>
          <w:szCs w:val="24"/>
        </w:rPr>
        <w:t>godinu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području</w:t>
      </w:r>
      <w:proofErr w:type="spellEnd"/>
      <w:r w:rsidRPr="003667DF">
        <w:rPr>
          <w:rFonts w:cs="Times New Roman"/>
          <w:sz w:val="24"/>
          <w:szCs w:val="24"/>
        </w:rPr>
        <w:t xml:space="preserve"> Koprivničko-križevačke županije (</w:t>
      </w:r>
      <w:r w:rsidR="00E14FA9">
        <w:rPr>
          <w:rFonts w:cs="Times New Roman"/>
          <w:sz w:val="24"/>
          <w:szCs w:val="24"/>
        </w:rPr>
        <w:t xml:space="preserve">u </w:t>
      </w:r>
      <w:proofErr w:type="spellStart"/>
      <w:r w:rsidR="00E14FA9">
        <w:rPr>
          <w:rFonts w:cs="Times New Roman"/>
          <w:sz w:val="24"/>
          <w:szCs w:val="24"/>
        </w:rPr>
        <w:t>daljnjem</w:t>
      </w:r>
      <w:proofErr w:type="spellEnd"/>
      <w:r w:rsidR="00E14FA9">
        <w:rPr>
          <w:rFonts w:cs="Times New Roman"/>
          <w:sz w:val="24"/>
          <w:szCs w:val="24"/>
        </w:rPr>
        <w:t xml:space="preserve"> </w:t>
      </w:r>
      <w:proofErr w:type="spellStart"/>
      <w:r w:rsidR="00E14FA9">
        <w:rPr>
          <w:rFonts w:cs="Times New Roman"/>
          <w:sz w:val="24"/>
          <w:szCs w:val="24"/>
        </w:rPr>
        <w:t>tekstu</w:t>
      </w:r>
      <w:proofErr w:type="spellEnd"/>
      <w:r w:rsidRPr="003667DF">
        <w:rPr>
          <w:rFonts w:cs="Times New Roman"/>
          <w:sz w:val="24"/>
          <w:szCs w:val="24"/>
        </w:rPr>
        <w:t xml:space="preserve">: </w:t>
      </w:r>
      <w:proofErr w:type="spellStart"/>
      <w:r w:rsidRPr="003667DF">
        <w:rPr>
          <w:rFonts w:cs="Times New Roman"/>
          <w:sz w:val="24"/>
          <w:szCs w:val="24"/>
        </w:rPr>
        <w:t>Odluka</w:t>
      </w:r>
      <w:proofErr w:type="spellEnd"/>
      <w:r w:rsidRPr="003667DF">
        <w:rPr>
          <w:rFonts w:cs="Times New Roman"/>
          <w:sz w:val="24"/>
          <w:szCs w:val="24"/>
        </w:rPr>
        <w:t xml:space="preserve">) </w:t>
      </w:r>
      <w:proofErr w:type="spellStart"/>
      <w:r w:rsidRPr="003667DF">
        <w:rPr>
          <w:rFonts w:cs="Times New Roman"/>
          <w:sz w:val="24"/>
          <w:szCs w:val="24"/>
        </w:rPr>
        <w:t>utvrđuje</w:t>
      </w:r>
      <w:proofErr w:type="spellEnd"/>
      <w:r w:rsidRPr="003667DF">
        <w:rPr>
          <w:rFonts w:cs="Times New Roman"/>
          <w:sz w:val="24"/>
          <w:szCs w:val="24"/>
        </w:rPr>
        <w:t xml:space="preserve"> se </w:t>
      </w:r>
      <w:proofErr w:type="spellStart"/>
      <w:r w:rsidRPr="003667DF">
        <w:rPr>
          <w:rFonts w:cs="Times New Roman"/>
          <w:sz w:val="24"/>
          <w:szCs w:val="24"/>
        </w:rPr>
        <w:t>iznos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turističke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pristojbe</w:t>
      </w:r>
      <w:proofErr w:type="spellEnd"/>
      <w:r w:rsidRPr="003667DF">
        <w:rPr>
          <w:rFonts w:cs="Times New Roman"/>
          <w:sz w:val="24"/>
          <w:szCs w:val="24"/>
        </w:rPr>
        <w:t xml:space="preserve"> po </w:t>
      </w:r>
      <w:proofErr w:type="spellStart"/>
      <w:r w:rsidRPr="003667DF">
        <w:rPr>
          <w:rFonts w:cs="Times New Roman"/>
          <w:sz w:val="24"/>
          <w:szCs w:val="24"/>
        </w:rPr>
        <w:t>osobi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noćenju</w:t>
      </w:r>
      <w:proofErr w:type="spellEnd"/>
      <w:r w:rsidRPr="003667DF">
        <w:rPr>
          <w:rFonts w:cs="Times New Roman"/>
          <w:sz w:val="24"/>
          <w:szCs w:val="24"/>
        </w:rPr>
        <w:t xml:space="preserve"> u </w:t>
      </w:r>
      <w:proofErr w:type="spellStart"/>
      <w:r w:rsidRPr="003667DF">
        <w:rPr>
          <w:rFonts w:cs="Times New Roman"/>
          <w:sz w:val="24"/>
          <w:szCs w:val="24"/>
        </w:rPr>
        <w:t>ugostiteljskom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objektu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</w:t>
      </w:r>
      <w:proofErr w:type="spellEnd"/>
      <w:r w:rsidRPr="003667DF">
        <w:rPr>
          <w:rFonts w:cs="Times New Roman"/>
          <w:sz w:val="24"/>
          <w:szCs w:val="24"/>
        </w:rPr>
        <w:t xml:space="preserve"> u </w:t>
      </w:r>
      <w:proofErr w:type="spellStart"/>
      <w:r w:rsidRPr="003667DF">
        <w:rPr>
          <w:rFonts w:cs="Times New Roman"/>
          <w:sz w:val="24"/>
          <w:szCs w:val="24"/>
        </w:rPr>
        <w:t>objektima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iz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skupine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kampovi</w:t>
      </w:r>
      <w:proofErr w:type="spellEnd"/>
      <w:r w:rsidRPr="003667DF">
        <w:rPr>
          <w:rFonts w:cs="Times New Roman"/>
          <w:sz w:val="24"/>
          <w:szCs w:val="24"/>
        </w:rPr>
        <w:t xml:space="preserve">, </w:t>
      </w:r>
      <w:proofErr w:type="spellStart"/>
      <w:r w:rsidRPr="003667DF">
        <w:rPr>
          <w:rFonts w:cs="Times New Roman"/>
          <w:sz w:val="24"/>
          <w:szCs w:val="24"/>
        </w:rPr>
        <w:t>visina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godišnjeg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paušalnog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iznosa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turističke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pristojbe</w:t>
      </w:r>
      <w:proofErr w:type="spellEnd"/>
      <w:r w:rsidRPr="003667DF">
        <w:rPr>
          <w:rFonts w:cs="Times New Roman"/>
          <w:sz w:val="24"/>
          <w:szCs w:val="24"/>
        </w:rPr>
        <w:t xml:space="preserve"> koji </w:t>
      </w:r>
      <w:proofErr w:type="spellStart"/>
      <w:r w:rsidRPr="003667DF">
        <w:rPr>
          <w:rFonts w:cs="Times New Roman"/>
          <w:sz w:val="24"/>
          <w:szCs w:val="24"/>
        </w:rPr>
        <w:t>plaćaju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osobe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koje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pružaju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usluge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smještaja</w:t>
      </w:r>
      <w:proofErr w:type="spellEnd"/>
      <w:r w:rsidRPr="003667DF">
        <w:rPr>
          <w:rFonts w:cs="Times New Roman"/>
          <w:sz w:val="24"/>
          <w:szCs w:val="24"/>
        </w:rPr>
        <w:t xml:space="preserve"> u </w:t>
      </w:r>
      <w:proofErr w:type="spellStart"/>
      <w:r w:rsidRPr="003667DF">
        <w:rPr>
          <w:rFonts w:cs="Times New Roman"/>
          <w:sz w:val="24"/>
          <w:szCs w:val="24"/>
        </w:rPr>
        <w:t>domaćinstvu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obiteljskom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poljoprivrednom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gospodarstvu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kao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visina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godišnjeg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paušalnog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iznosa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turističke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pristojbe</w:t>
      </w:r>
      <w:proofErr w:type="spellEnd"/>
      <w:r w:rsidRPr="003667DF">
        <w:rPr>
          <w:rFonts w:cs="Times New Roman"/>
          <w:sz w:val="24"/>
          <w:szCs w:val="24"/>
        </w:rPr>
        <w:t xml:space="preserve"> koji </w:t>
      </w:r>
      <w:proofErr w:type="spellStart"/>
      <w:r w:rsidRPr="003667DF">
        <w:rPr>
          <w:rFonts w:cs="Times New Roman"/>
          <w:sz w:val="24"/>
          <w:szCs w:val="24"/>
        </w:rPr>
        <w:t>plaća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vlasnik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kuće</w:t>
      </w:r>
      <w:proofErr w:type="spellEnd"/>
      <w:r w:rsidRPr="003667DF">
        <w:rPr>
          <w:rFonts w:cs="Times New Roman"/>
          <w:sz w:val="24"/>
          <w:szCs w:val="24"/>
        </w:rPr>
        <w:t xml:space="preserve">, </w:t>
      </w:r>
      <w:proofErr w:type="spellStart"/>
      <w:r w:rsidRPr="003667DF">
        <w:rPr>
          <w:rFonts w:cs="Times New Roman"/>
          <w:sz w:val="24"/>
          <w:szCs w:val="24"/>
        </w:rPr>
        <w:t>apartmana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ili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stana</w:t>
      </w:r>
      <w:proofErr w:type="spellEnd"/>
      <w:r w:rsidRPr="003667DF">
        <w:rPr>
          <w:rFonts w:cs="Times New Roman"/>
          <w:sz w:val="24"/>
          <w:szCs w:val="24"/>
        </w:rPr>
        <w:t xml:space="preserve"> za </w:t>
      </w:r>
      <w:proofErr w:type="spellStart"/>
      <w:r w:rsidRPr="003667DF">
        <w:rPr>
          <w:rFonts w:cs="Times New Roman"/>
          <w:sz w:val="24"/>
          <w:szCs w:val="24"/>
        </w:rPr>
        <w:t>odmor</w:t>
      </w:r>
      <w:proofErr w:type="spellEnd"/>
      <w:r w:rsidRPr="003667DF">
        <w:rPr>
          <w:rFonts w:cs="Times New Roman"/>
          <w:sz w:val="24"/>
          <w:szCs w:val="24"/>
        </w:rPr>
        <w:t xml:space="preserve"> za </w:t>
      </w:r>
      <w:proofErr w:type="spellStart"/>
      <w:r w:rsidRPr="003667DF">
        <w:rPr>
          <w:rFonts w:cs="Times New Roman"/>
          <w:sz w:val="24"/>
          <w:szCs w:val="24"/>
        </w:rPr>
        <w:t>sebe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članove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uže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obitelji</w:t>
      </w:r>
      <w:proofErr w:type="spellEnd"/>
      <w:r w:rsidRPr="003667DF">
        <w:rPr>
          <w:rFonts w:cs="Times New Roman"/>
          <w:sz w:val="24"/>
          <w:szCs w:val="24"/>
        </w:rPr>
        <w:t xml:space="preserve"> za 2028. </w:t>
      </w:r>
      <w:proofErr w:type="spellStart"/>
      <w:r w:rsidRPr="003667DF">
        <w:rPr>
          <w:rFonts w:cs="Times New Roman"/>
          <w:sz w:val="24"/>
          <w:szCs w:val="24"/>
        </w:rPr>
        <w:t>godinu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području</w:t>
      </w:r>
      <w:proofErr w:type="spellEnd"/>
      <w:r w:rsidRPr="003667DF">
        <w:rPr>
          <w:rFonts w:cs="Times New Roman"/>
          <w:sz w:val="24"/>
          <w:szCs w:val="24"/>
        </w:rPr>
        <w:t xml:space="preserve"> Koprivničko-križevačke županije.</w:t>
      </w:r>
    </w:p>
    <w:p w14:paraId="2AA92CA4" w14:textId="77777777" w:rsidR="00C432DA" w:rsidRPr="003667DF" w:rsidRDefault="00C432DA" w:rsidP="003667D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16B2164C" w14:textId="7B0FE875" w:rsidR="00E46BC9" w:rsidRDefault="00000000" w:rsidP="003667DF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 w:rsidRPr="003667DF">
        <w:rPr>
          <w:rFonts w:cs="Times New Roman"/>
          <w:bCs/>
          <w:sz w:val="24"/>
          <w:szCs w:val="24"/>
        </w:rPr>
        <w:t>II. IZNOSI TURISTIČKE PRISTOJBE NA PODRUČJIMA JEDINICA LOKALNE SAMOUPRAVE RAZVRSTANIH U RAZVOJNE SKUPINE OD V. DO VIII. NA PODRUČJU KOPRIVNIČKO-KRIŽEVAČKE ŽUPANIJE</w:t>
      </w:r>
    </w:p>
    <w:p w14:paraId="516BA4A8" w14:textId="77777777" w:rsidR="003667DF" w:rsidRPr="003667DF" w:rsidRDefault="003667DF" w:rsidP="003667DF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</w:p>
    <w:p w14:paraId="3567449A" w14:textId="77777777" w:rsidR="008E719E" w:rsidRDefault="00000000" w:rsidP="003667DF">
      <w:pPr>
        <w:spacing w:after="0" w:line="240" w:lineRule="auto"/>
        <w:jc w:val="center"/>
        <w:rPr>
          <w:rFonts w:cs="Times New Roman"/>
          <w:bCs/>
          <w:sz w:val="24"/>
          <w:szCs w:val="24"/>
        </w:rPr>
      </w:pPr>
      <w:proofErr w:type="spellStart"/>
      <w:r w:rsidRPr="003667DF">
        <w:rPr>
          <w:rFonts w:cs="Times New Roman"/>
          <w:bCs/>
          <w:sz w:val="24"/>
          <w:szCs w:val="24"/>
        </w:rPr>
        <w:t>Članak</w:t>
      </w:r>
      <w:proofErr w:type="spellEnd"/>
      <w:r w:rsidRPr="003667DF">
        <w:rPr>
          <w:rFonts w:cs="Times New Roman"/>
          <w:bCs/>
          <w:sz w:val="24"/>
          <w:szCs w:val="24"/>
        </w:rPr>
        <w:t xml:space="preserve"> 2.</w:t>
      </w:r>
    </w:p>
    <w:p w14:paraId="627D8071" w14:textId="77777777" w:rsidR="003667DF" w:rsidRPr="003667DF" w:rsidRDefault="003667DF" w:rsidP="003667DF">
      <w:pPr>
        <w:spacing w:after="0" w:line="240" w:lineRule="auto"/>
        <w:jc w:val="center"/>
        <w:rPr>
          <w:rFonts w:cs="Times New Roman"/>
          <w:bCs/>
          <w:sz w:val="24"/>
          <w:szCs w:val="24"/>
        </w:rPr>
      </w:pPr>
    </w:p>
    <w:p w14:paraId="55BF8C47" w14:textId="6C176060" w:rsidR="008E719E" w:rsidRDefault="00000000" w:rsidP="003667DF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proofErr w:type="spellStart"/>
      <w:r w:rsidRPr="003667DF">
        <w:rPr>
          <w:rFonts w:cs="Times New Roman"/>
          <w:sz w:val="24"/>
          <w:szCs w:val="24"/>
        </w:rPr>
        <w:t>Sukladno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Odluci</w:t>
      </w:r>
      <w:proofErr w:type="spellEnd"/>
      <w:r w:rsidRPr="003667DF">
        <w:rPr>
          <w:rFonts w:cs="Times New Roman"/>
          <w:sz w:val="24"/>
          <w:szCs w:val="24"/>
        </w:rPr>
        <w:t xml:space="preserve"> o </w:t>
      </w:r>
      <w:proofErr w:type="spellStart"/>
      <w:r w:rsidRPr="003667DF">
        <w:rPr>
          <w:rFonts w:cs="Times New Roman"/>
          <w:sz w:val="24"/>
          <w:szCs w:val="24"/>
        </w:rPr>
        <w:t>razvrstavanju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jedinica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lokalne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područne</w:t>
      </w:r>
      <w:proofErr w:type="spellEnd"/>
      <w:r w:rsidRPr="003667DF">
        <w:rPr>
          <w:rFonts w:cs="Times New Roman"/>
          <w:sz w:val="24"/>
          <w:szCs w:val="24"/>
        </w:rPr>
        <w:t xml:space="preserve"> (</w:t>
      </w:r>
      <w:proofErr w:type="spellStart"/>
      <w:r w:rsidRPr="003667DF">
        <w:rPr>
          <w:rFonts w:cs="Times New Roman"/>
          <w:sz w:val="24"/>
          <w:szCs w:val="24"/>
        </w:rPr>
        <w:t>regionalne</w:t>
      </w:r>
      <w:proofErr w:type="spellEnd"/>
      <w:r w:rsidRPr="003667DF">
        <w:rPr>
          <w:rFonts w:cs="Times New Roman"/>
          <w:sz w:val="24"/>
          <w:szCs w:val="24"/>
        </w:rPr>
        <w:t xml:space="preserve">) </w:t>
      </w:r>
      <w:proofErr w:type="spellStart"/>
      <w:r w:rsidRPr="003667DF">
        <w:rPr>
          <w:rFonts w:cs="Times New Roman"/>
          <w:sz w:val="24"/>
          <w:szCs w:val="24"/>
        </w:rPr>
        <w:t>samouprave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prema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stupnju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razvijenosti</w:t>
      </w:r>
      <w:proofErr w:type="spellEnd"/>
      <w:r w:rsidRPr="003667DF">
        <w:rPr>
          <w:rFonts w:cs="Times New Roman"/>
          <w:sz w:val="24"/>
          <w:szCs w:val="24"/>
        </w:rPr>
        <w:t xml:space="preserve"> („</w:t>
      </w:r>
      <w:proofErr w:type="spellStart"/>
      <w:r w:rsidRPr="003667DF">
        <w:rPr>
          <w:rFonts w:cs="Times New Roman"/>
          <w:sz w:val="24"/>
          <w:szCs w:val="24"/>
        </w:rPr>
        <w:t>Narodne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gramStart"/>
      <w:r w:rsidRPr="003667DF">
        <w:rPr>
          <w:rFonts w:cs="Times New Roman"/>
          <w:sz w:val="24"/>
          <w:szCs w:val="24"/>
        </w:rPr>
        <w:t xml:space="preserve">novine“ </w:t>
      </w:r>
      <w:proofErr w:type="spellStart"/>
      <w:r w:rsidRPr="003667DF">
        <w:rPr>
          <w:rFonts w:cs="Times New Roman"/>
          <w:sz w:val="24"/>
          <w:szCs w:val="24"/>
        </w:rPr>
        <w:t>broj</w:t>
      </w:r>
      <w:proofErr w:type="spellEnd"/>
      <w:proofErr w:type="gramEnd"/>
      <w:r w:rsidRPr="003667DF">
        <w:rPr>
          <w:rFonts w:cs="Times New Roman"/>
          <w:sz w:val="24"/>
          <w:szCs w:val="24"/>
        </w:rPr>
        <w:t xml:space="preserve"> 3/24.</w:t>
      </w:r>
      <w:r w:rsidR="007866B2">
        <w:rPr>
          <w:rFonts w:cs="Times New Roman"/>
          <w:sz w:val="24"/>
          <w:szCs w:val="24"/>
        </w:rPr>
        <w:t xml:space="preserve"> i 45/26.</w:t>
      </w:r>
      <w:r w:rsidRPr="003667DF">
        <w:rPr>
          <w:rFonts w:cs="Times New Roman"/>
          <w:sz w:val="24"/>
          <w:szCs w:val="24"/>
        </w:rPr>
        <w:t xml:space="preserve">), </w:t>
      </w:r>
      <w:proofErr w:type="spellStart"/>
      <w:r w:rsidRPr="003667DF">
        <w:rPr>
          <w:rFonts w:cs="Times New Roman"/>
          <w:sz w:val="24"/>
          <w:szCs w:val="24"/>
        </w:rPr>
        <w:t>jedinice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lokalne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samouprave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razvrstane</w:t>
      </w:r>
      <w:proofErr w:type="spellEnd"/>
      <w:r w:rsidRPr="003667DF">
        <w:rPr>
          <w:rFonts w:cs="Times New Roman"/>
          <w:sz w:val="24"/>
          <w:szCs w:val="24"/>
        </w:rPr>
        <w:t xml:space="preserve"> u </w:t>
      </w:r>
      <w:proofErr w:type="spellStart"/>
      <w:r w:rsidRPr="003667DF">
        <w:rPr>
          <w:rFonts w:cs="Times New Roman"/>
          <w:sz w:val="24"/>
          <w:szCs w:val="24"/>
        </w:rPr>
        <w:t>razvojne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skupine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prema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indeksu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razvijenosti</w:t>
      </w:r>
      <w:proofErr w:type="spellEnd"/>
      <w:r w:rsidRPr="003667DF">
        <w:rPr>
          <w:rFonts w:cs="Times New Roman"/>
          <w:sz w:val="24"/>
          <w:szCs w:val="24"/>
        </w:rPr>
        <w:t xml:space="preserve"> od V. do VIII. </w:t>
      </w:r>
      <w:proofErr w:type="spellStart"/>
      <w:r w:rsidRPr="003667DF">
        <w:rPr>
          <w:rFonts w:cs="Times New Roman"/>
          <w:sz w:val="24"/>
          <w:szCs w:val="24"/>
        </w:rPr>
        <w:t>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području</w:t>
      </w:r>
      <w:proofErr w:type="spellEnd"/>
      <w:r w:rsidRPr="003667DF">
        <w:rPr>
          <w:rFonts w:cs="Times New Roman"/>
          <w:sz w:val="24"/>
          <w:szCs w:val="24"/>
        </w:rPr>
        <w:t xml:space="preserve"> Koprivničko-križevačke županije </w:t>
      </w:r>
      <w:proofErr w:type="spellStart"/>
      <w:r w:rsidRPr="003667DF">
        <w:rPr>
          <w:rFonts w:cs="Times New Roman"/>
          <w:sz w:val="24"/>
          <w:szCs w:val="24"/>
        </w:rPr>
        <w:t>su</w:t>
      </w:r>
      <w:proofErr w:type="spellEnd"/>
      <w:r w:rsidRPr="003667DF">
        <w:rPr>
          <w:rFonts w:cs="Times New Roman"/>
          <w:sz w:val="24"/>
          <w:szCs w:val="24"/>
        </w:rPr>
        <w:t>:</w:t>
      </w:r>
    </w:p>
    <w:p w14:paraId="7DF2504F" w14:textId="77777777" w:rsidR="003667DF" w:rsidRPr="003667DF" w:rsidRDefault="003667DF" w:rsidP="003667DF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</w:p>
    <w:tbl>
      <w:tblPr>
        <w:tblW w:w="817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1"/>
        <w:gridCol w:w="2268"/>
        <w:gridCol w:w="2835"/>
        <w:gridCol w:w="1109"/>
      </w:tblGrid>
      <w:tr w:rsidR="00FB4A5B" w:rsidRPr="003667DF" w14:paraId="4C4F6A55" w14:textId="77777777" w:rsidTr="00C2311F">
        <w:trPr>
          <w:trHeight w:val="58"/>
          <w:jc w:val="center"/>
        </w:trPr>
        <w:tc>
          <w:tcPr>
            <w:tcW w:w="196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CB9CA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4771D912" w14:textId="5C83EB5B" w:rsidR="00FB4A5B" w:rsidRPr="003667DF" w:rsidRDefault="00285394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FFFFFF"/>
                <w:kern w:val="24"/>
                <w:sz w:val="20"/>
                <w:szCs w:val="20"/>
                <w:lang w:eastAsia="hr-HR"/>
              </w:rPr>
              <w:t>JEDINICA LOKALNE SAMOUPRAVE</w:t>
            </w:r>
          </w:p>
        </w:tc>
        <w:tc>
          <w:tcPr>
            <w:tcW w:w="6212" w:type="dxa"/>
            <w:gridSpan w:val="3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ACB9CA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75A1693E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3667DF">
              <w:rPr>
                <w:rFonts w:eastAsia="Times New Roman" w:cs="Times New Roman"/>
                <w:b/>
                <w:bCs/>
                <w:color w:val="FFFFFF"/>
                <w:kern w:val="24"/>
                <w:sz w:val="20"/>
                <w:szCs w:val="20"/>
                <w:lang w:eastAsia="hr-HR"/>
              </w:rPr>
              <w:t>INDEKS RAZVIJENOSTI I SKUPINE</w:t>
            </w:r>
          </w:p>
        </w:tc>
      </w:tr>
      <w:tr w:rsidR="00FB4A5B" w:rsidRPr="003667DF" w14:paraId="4D72192F" w14:textId="77777777" w:rsidTr="00C2311F">
        <w:trPr>
          <w:trHeight w:val="6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AF0DA2" w14:textId="77777777" w:rsidR="00FB4A5B" w:rsidRPr="003667DF" w:rsidRDefault="00FB4A5B" w:rsidP="003667D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CB9CA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5FAAAFA7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3667DF">
              <w:rPr>
                <w:rFonts w:eastAsia="Times New Roman" w:cs="Times New Roman"/>
                <w:b/>
                <w:bCs/>
                <w:color w:val="FFFFFF"/>
                <w:kern w:val="24"/>
                <w:sz w:val="20"/>
                <w:szCs w:val="20"/>
                <w:lang w:eastAsia="hr-HR"/>
              </w:rPr>
              <w:t>INDEKS RAZVIJENOSTI</w:t>
            </w:r>
          </w:p>
        </w:tc>
        <w:tc>
          <w:tcPr>
            <w:tcW w:w="39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ACB9CA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32219587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3667DF">
              <w:rPr>
                <w:rFonts w:eastAsia="Times New Roman" w:cs="Times New Roman"/>
                <w:b/>
                <w:bCs/>
                <w:color w:val="FFFFFF"/>
                <w:kern w:val="24"/>
                <w:sz w:val="20"/>
                <w:szCs w:val="20"/>
                <w:lang w:eastAsia="hr-HR"/>
              </w:rPr>
              <w:t>RAZVOJNE SKUPINE</w:t>
            </w:r>
          </w:p>
        </w:tc>
      </w:tr>
      <w:tr w:rsidR="00FB4A5B" w:rsidRPr="003667DF" w14:paraId="2047B611" w14:textId="77777777" w:rsidTr="00C2311F">
        <w:trPr>
          <w:trHeight w:val="318"/>
          <w:jc w:val="center"/>
        </w:trPr>
        <w:tc>
          <w:tcPr>
            <w:tcW w:w="196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2D3D024F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Kalinovac</w:t>
            </w:r>
            <w:proofErr w:type="spellEnd"/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188E4933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101,569%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259ADB5B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zadnja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četvrtina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iznadprosječno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rangiranih</w:t>
            </w:r>
            <w:proofErr w:type="spellEnd"/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BFBFBF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40DE03E1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V.</w:t>
            </w:r>
          </w:p>
        </w:tc>
      </w:tr>
      <w:tr w:rsidR="00FB4A5B" w:rsidRPr="003667DF" w14:paraId="1E922AB5" w14:textId="77777777" w:rsidTr="00C2311F">
        <w:trPr>
          <w:trHeight w:val="318"/>
          <w:jc w:val="center"/>
        </w:trPr>
        <w:tc>
          <w:tcPr>
            <w:tcW w:w="196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</w:tcPr>
          <w:p w14:paraId="7A207028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</w:p>
          <w:p w14:paraId="497BA165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Koprivnički</w:t>
            </w:r>
            <w:proofErr w:type="spellEnd"/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 xml:space="preserve"> Ivanec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26EB8B11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100,701%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3542C9D1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zadnja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četvrtina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iznadprosječno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rangiranih</w:t>
            </w:r>
            <w:proofErr w:type="spellEnd"/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BFBFBF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5E452B12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V.</w:t>
            </w:r>
          </w:p>
        </w:tc>
      </w:tr>
      <w:tr w:rsidR="00FB4A5B" w:rsidRPr="003667DF" w14:paraId="6D025353" w14:textId="77777777" w:rsidTr="00C2311F">
        <w:trPr>
          <w:trHeight w:val="318"/>
          <w:jc w:val="center"/>
        </w:trPr>
        <w:tc>
          <w:tcPr>
            <w:tcW w:w="196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</w:tcPr>
          <w:p w14:paraId="687D1B12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</w:p>
          <w:p w14:paraId="22848005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Molve</w:t>
            </w:r>
            <w:proofErr w:type="spellEnd"/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50300AAB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100,529%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5E162D91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zadnja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četvrtina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iznadprosječno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rangiranih</w:t>
            </w:r>
            <w:proofErr w:type="spellEnd"/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BFBFBF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13DEFFA7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V.</w:t>
            </w:r>
          </w:p>
        </w:tc>
      </w:tr>
      <w:tr w:rsidR="00FB4A5B" w:rsidRPr="003667DF" w14:paraId="30172F76" w14:textId="77777777" w:rsidTr="00C2311F">
        <w:trPr>
          <w:trHeight w:val="318"/>
          <w:jc w:val="center"/>
        </w:trPr>
        <w:tc>
          <w:tcPr>
            <w:tcW w:w="196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0D43970F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 xml:space="preserve">Đurđevac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7506D052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 xml:space="preserve"> 102,652%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2172CAA2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treća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četvrtina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iznadprosječno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rangiranih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BFBFBF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4BD4719B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VI.</w:t>
            </w:r>
          </w:p>
        </w:tc>
      </w:tr>
      <w:tr w:rsidR="00FB4A5B" w:rsidRPr="003667DF" w14:paraId="11405830" w14:textId="77777777" w:rsidTr="00C2311F">
        <w:trPr>
          <w:trHeight w:val="318"/>
          <w:jc w:val="center"/>
        </w:trPr>
        <w:tc>
          <w:tcPr>
            <w:tcW w:w="196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048487C7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Križevci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6B59A2D3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 xml:space="preserve">104,412%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68C86812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druga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četvrtina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iznadprosječno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rangiranih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 </w:t>
            </w:r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D9D9D9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6B4D5846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VII.</w:t>
            </w:r>
          </w:p>
        </w:tc>
      </w:tr>
      <w:tr w:rsidR="00FB4A5B" w:rsidRPr="003667DF" w14:paraId="0759A046" w14:textId="77777777" w:rsidTr="00C2311F">
        <w:trPr>
          <w:trHeight w:val="318"/>
          <w:jc w:val="center"/>
        </w:trPr>
        <w:tc>
          <w:tcPr>
            <w:tcW w:w="1961" w:type="dxa"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6C83EC7F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Koprivnica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1C14B3C8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108,376%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6141CC02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prva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četvrtina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iznadprosječno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rangiranih</w:t>
            </w:r>
            <w:proofErr w:type="spellEnd"/>
          </w:p>
        </w:tc>
        <w:tc>
          <w:tcPr>
            <w:tcW w:w="1109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343C4617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VIII.</w:t>
            </w:r>
          </w:p>
        </w:tc>
      </w:tr>
    </w:tbl>
    <w:p w14:paraId="4BC5D81C" w14:textId="6D5D71D7" w:rsidR="003667DF" w:rsidRPr="00DC7EA2" w:rsidRDefault="00000000" w:rsidP="00DC7EA2">
      <w:pPr>
        <w:spacing w:after="0" w:line="240" w:lineRule="auto"/>
        <w:jc w:val="both"/>
        <w:rPr>
          <w:rFonts w:cs="Times New Roman"/>
          <w:i/>
          <w:iCs/>
          <w:sz w:val="20"/>
          <w:szCs w:val="20"/>
        </w:rPr>
      </w:pPr>
      <w:r w:rsidRPr="003667DF">
        <w:rPr>
          <w:rFonts w:cs="Times New Roman"/>
          <w:i/>
          <w:iCs/>
          <w:sz w:val="20"/>
          <w:szCs w:val="20"/>
        </w:rPr>
        <w:t xml:space="preserve">Izvor: MRRFEU, </w:t>
      </w:r>
      <w:proofErr w:type="spellStart"/>
      <w:r w:rsidRPr="003667DF">
        <w:rPr>
          <w:rFonts w:cs="Times New Roman"/>
          <w:i/>
          <w:iCs/>
          <w:sz w:val="20"/>
          <w:szCs w:val="20"/>
        </w:rPr>
        <w:t>Odluka</w:t>
      </w:r>
      <w:proofErr w:type="spellEnd"/>
      <w:r w:rsidRPr="003667DF">
        <w:rPr>
          <w:rFonts w:cs="Times New Roman"/>
          <w:i/>
          <w:iCs/>
          <w:sz w:val="20"/>
          <w:szCs w:val="20"/>
        </w:rPr>
        <w:t xml:space="preserve"> o </w:t>
      </w:r>
      <w:proofErr w:type="spellStart"/>
      <w:r w:rsidRPr="003667DF">
        <w:rPr>
          <w:rFonts w:cs="Times New Roman"/>
          <w:i/>
          <w:iCs/>
          <w:sz w:val="20"/>
          <w:szCs w:val="20"/>
        </w:rPr>
        <w:t>razvrstavanju</w:t>
      </w:r>
      <w:proofErr w:type="spellEnd"/>
      <w:r w:rsidRPr="003667DF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3667DF">
        <w:rPr>
          <w:rFonts w:cs="Times New Roman"/>
          <w:i/>
          <w:iCs/>
          <w:sz w:val="20"/>
          <w:szCs w:val="20"/>
        </w:rPr>
        <w:t>jedinica</w:t>
      </w:r>
      <w:proofErr w:type="spellEnd"/>
      <w:r w:rsidRPr="003667DF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3667DF">
        <w:rPr>
          <w:rFonts w:cs="Times New Roman"/>
          <w:i/>
          <w:iCs/>
          <w:sz w:val="20"/>
          <w:szCs w:val="20"/>
        </w:rPr>
        <w:t>lokalne</w:t>
      </w:r>
      <w:proofErr w:type="spellEnd"/>
      <w:r w:rsidRPr="003667DF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3667DF">
        <w:rPr>
          <w:rFonts w:cs="Times New Roman"/>
          <w:i/>
          <w:iCs/>
          <w:sz w:val="20"/>
          <w:szCs w:val="20"/>
        </w:rPr>
        <w:t>i</w:t>
      </w:r>
      <w:proofErr w:type="spellEnd"/>
      <w:r w:rsidRPr="003667DF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3667DF">
        <w:rPr>
          <w:rFonts w:cs="Times New Roman"/>
          <w:i/>
          <w:iCs/>
          <w:sz w:val="20"/>
          <w:szCs w:val="20"/>
        </w:rPr>
        <w:t>područne</w:t>
      </w:r>
      <w:proofErr w:type="spellEnd"/>
      <w:r w:rsidRPr="003667DF">
        <w:rPr>
          <w:rFonts w:cs="Times New Roman"/>
          <w:i/>
          <w:iCs/>
          <w:sz w:val="20"/>
          <w:szCs w:val="20"/>
        </w:rPr>
        <w:t xml:space="preserve"> (</w:t>
      </w:r>
      <w:proofErr w:type="spellStart"/>
      <w:r w:rsidRPr="003667DF">
        <w:rPr>
          <w:rFonts w:cs="Times New Roman"/>
          <w:i/>
          <w:iCs/>
          <w:sz w:val="20"/>
          <w:szCs w:val="20"/>
        </w:rPr>
        <w:t>regionalne</w:t>
      </w:r>
      <w:proofErr w:type="spellEnd"/>
      <w:r w:rsidRPr="003667DF">
        <w:rPr>
          <w:rFonts w:cs="Times New Roman"/>
          <w:i/>
          <w:iCs/>
          <w:sz w:val="20"/>
          <w:szCs w:val="20"/>
        </w:rPr>
        <w:t xml:space="preserve">) </w:t>
      </w:r>
      <w:proofErr w:type="spellStart"/>
      <w:r w:rsidRPr="003667DF">
        <w:rPr>
          <w:rFonts w:cs="Times New Roman"/>
          <w:i/>
          <w:iCs/>
          <w:sz w:val="20"/>
          <w:szCs w:val="20"/>
        </w:rPr>
        <w:t>samouprave</w:t>
      </w:r>
      <w:proofErr w:type="spellEnd"/>
      <w:r w:rsidRPr="003667DF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3667DF">
        <w:rPr>
          <w:rFonts w:cs="Times New Roman"/>
          <w:i/>
          <w:iCs/>
          <w:sz w:val="20"/>
          <w:szCs w:val="20"/>
        </w:rPr>
        <w:t>prema</w:t>
      </w:r>
      <w:proofErr w:type="spellEnd"/>
      <w:r w:rsidRPr="003667DF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3667DF">
        <w:rPr>
          <w:rFonts w:cs="Times New Roman"/>
          <w:i/>
          <w:iCs/>
          <w:sz w:val="20"/>
          <w:szCs w:val="20"/>
        </w:rPr>
        <w:t>stupnju</w:t>
      </w:r>
      <w:proofErr w:type="spellEnd"/>
      <w:r w:rsidRPr="003667DF">
        <w:rPr>
          <w:rFonts w:cs="Times New Roman"/>
          <w:i/>
          <w:iCs/>
          <w:sz w:val="20"/>
          <w:szCs w:val="20"/>
        </w:rPr>
        <w:t xml:space="preserve"> </w:t>
      </w:r>
      <w:proofErr w:type="spellStart"/>
      <w:r w:rsidRPr="003667DF">
        <w:rPr>
          <w:rFonts w:cs="Times New Roman"/>
          <w:i/>
          <w:iCs/>
          <w:sz w:val="20"/>
          <w:szCs w:val="20"/>
        </w:rPr>
        <w:t>razvijenosti</w:t>
      </w:r>
      <w:proofErr w:type="spellEnd"/>
      <w:r w:rsidRPr="003667DF">
        <w:rPr>
          <w:rFonts w:cs="Times New Roman"/>
          <w:i/>
          <w:iCs/>
          <w:sz w:val="20"/>
          <w:szCs w:val="20"/>
        </w:rPr>
        <w:t xml:space="preserve"> („</w:t>
      </w:r>
      <w:proofErr w:type="spellStart"/>
      <w:r w:rsidRPr="003667DF">
        <w:rPr>
          <w:rFonts w:cs="Times New Roman"/>
          <w:i/>
          <w:iCs/>
          <w:sz w:val="20"/>
          <w:szCs w:val="20"/>
        </w:rPr>
        <w:t>Narodne</w:t>
      </w:r>
      <w:proofErr w:type="spellEnd"/>
      <w:r w:rsidRPr="003667DF">
        <w:rPr>
          <w:rFonts w:cs="Times New Roman"/>
          <w:i/>
          <w:iCs/>
          <w:sz w:val="20"/>
          <w:szCs w:val="20"/>
        </w:rPr>
        <w:t xml:space="preserve"> </w:t>
      </w:r>
      <w:proofErr w:type="gramStart"/>
      <w:r w:rsidRPr="003667DF">
        <w:rPr>
          <w:rFonts w:cs="Times New Roman"/>
          <w:i/>
          <w:iCs/>
          <w:sz w:val="20"/>
          <w:szCs w:val="20"/>
        </w:rPr>
        <w:t xml:space="preserve">novine“ </w:t>
      </w:r>
      <w:proofErr w:type="spellStart"/>
      <w:r w:rsidRPr="003667DF">
        <w:rPr>
          <w:rFonts w:cs="Times New Roman"/>
          <w:i/>
          <w:iCs/>
          <w:sz w:val="20"/>
          <w:szCs w:val="20"/>
        </w:rPr>
        <w:t>broj</w:t>
      </w:r>
      <w:proofErr w:type="spellEnd"/>
      <w:proofErr w:type="gramEnd"/>
      <w:r w:rsidRPr="003667DF">
        <w:rPr>
          <w:rFonts w:cs="Times New Roman"/>
          <w:i/>
          <w:iCs/>
          <w:sz w:val="20"/>
          <w:szCs w:val="20"/>
        </w:rPr>
        <w:t xml:space="preserve"> 3/24</w:t>
      </w:r>
      <w:r w:rsidR="007866B2">
        <w:rPr>
          <w:rFonts w:cs="Times New Roman"/>
          <w:i/>
          <w:iCs/>
          <w:sz w:val="20"/>
          <w:szCs w:val="20"/>
        </w:rPr>
        <w:t>. i 45/26.</w:t>
      </w:r>
      <w:r w:rsidRPr="003667DF">
        <w:rPr>
          <w:rFonts w:cs="Times New Roman"/>
          <w:i/>
          <w:iCs/>
          <w:sz w:val="20"/>
          <w:szCs w:val="20"/>
        </w:rPr>
        <w:t>).</w:t>
      </w:r>
    </w:p>
    <w:p w14:paraId="7C83189A" w14:textId="1922167F" w:rsidR="008E719E" w:rsidRDefault="00000000" w:rsidP="003667DF">
      <w:pPr>
        <w:spacing w:after="0" w:line="240" w:lineRule="auto"/>
        <w:jc w:val="center"/>
        <w:rPr>
          <w:rFonts w:cs="Times New Roman"/>
          <w:bCs/>
          <w:sz w:val="24"/>
          <w:szCs w:val="24"/>
        </w:rPr>
      </w:pPr>
      <w:proofErr w:type="spellStart"/>
      <w:r w:rsidRPr="003667DF">
        <w:rPr>
          <w:rFonts w:cs="Times New Roman"/>
          <w:bCs/>
          <w:sz w:val="24"/>
          <w:szCs w:val="24"/>
        </w:rPr>
        <w:lastRenderedPageBreak/>
        <w:t>Članak</w:t>
      </w:r>
      <w:proofErr w:type="spellEnd"/>
      <w:r w:rsidRPr="003667DF">
        <w:rPr>
          <w:rFonts w:cs="Times New Roman"/>
          <w:bCs/>
          <w:sz w:val="24"/>
          <w:szCs w:val="24"/>
        </w:rPr>
        <w:t xml:space="preserve"> 3.</w:t>
      </w:r>
    </w:p>
    <w:p w14:paraId="46025CF7" w14:textId="77777777" w:rsidR="003667DF" w:rsidRPr="003667DF" w:rsidRDefault="003667DF" w:rsidP="003667DF">
      <w:pPr>
        <w:spacing w:after="0" w:line="240" w:lineRule="auto"/>
        <w:jc w:val="center"/>
        <w:rPr>
          <w:rFonts w:cs="Times New Roman"/>
          <w:bCs/>
          <w:sz w:val="24"/>
          <w:szCs w:val="24"/>
        </w:rPr>
      </w:pPr>
    </w:p>
    <w:p w14:paraId="4C53CE8B" w14:textId="77777777" w:rsidR="008E719E" w:rsidRPr="003667DF" w:rsidRDefault="00000000" w:rsidP="003667DF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r w:rsidRPr="003667DF">
        <w:rPr>
          <w:rFonts w:cs="Times New Roman"/>
          <w:sz w:val="24"/>
          <w:szCs w:val="24"/>
        </w:rPr>
        <w:t xml:space="preserve">Na </w:t>
      </w:r>
      <w:proofErr w:type="spellStart"/>
      <w:r w:rsidRPr="003667DF">
        <w:rPr>
          <w:rFonts w:cs="Times New Roman"/>
          <w:sz w:val="24"/>
          <w:szCs w:val="24"/>
        </w:rPr>
        <w:t>području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jedinica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lokalne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samouprave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utvrđenih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člankom</w:t>
      </w:r>
      <w:proofErr w:type="spellEnd"/>
      <w:r w:rsidRPr="003667DF">
        <w:rPr>
          <w:rFonts w:cs="Times New Roman"/>
          <w:sz w:val="24"/>
          <w:szCs w:val="24"/>
        </w:rPr>
        <w:t xml:space="preserve"> 2. </w:t>
      </w:r>
      <w:proofErr w:type="spellStart"/>
      <w:r w:rsidRPr="003667DF">
        <w:rPr>
          <w:rFonts w:cs="Times New Roman"/>
          <w:sz w:val="24"/>
          <w:szCs w:val="24"/>
        </w:rPr>
        <w:t>ove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Odluke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visina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turističke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pristojbe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određuje</w:t>
      </w:r>
      <w:proofErr w:type="spellEnd"/>
      <w:r w:rsidRPr="003667DF">
        <w:rPr>
          <w:rFonts w:cs="Times New Roman"/>
          <w:sz w:val="24"/>
          <w:szCs w:val="24"/>
        </w:rPr>
        <w:t xml:space="preserve"> se u </w:t>
      </w:r>
      <w:proofErr w:type="spellStart"/>
      <w:r w:rsidRPr="003667DF">
        <w:rPr>
          <w:rFonts w:cs="Times New Roman"/>
          <w:sz w:val="24"/>
          <w:szCs w:val="24"/>
        </w:rPr>
        <w:t>sljedećim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iznosima</w:t>
      </w:r>
      <w:proofErr w:type="spellEnd"/>
      <w:r w:rsidRPr="003667DF">
        <w:rPr>
          <w:rFonts w:cs="Times New Roman"/>
          <w:sz w:val="24"/>
          <w:szCs w:val="24"/>
        </w:rPr>
        <w:t>.</w:t>
      </w:r>
    </w:p>
    <w:p w14:paraId="2D318BA5" w14:textId="77777777" w:rsidR="003667DF" w:rsidRDefault="003667DF" w:rsidP="003667D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46279B6A" w14:textId="0F8F17CC" w:rsidR="008E719E" w:rsidRPr="003F4078" w:rsidRDefault="003F4078" w:rsidP="003F4078">
      <w:pPr>
        <w:spacing w:after="0" w:line="240" w:lineRule="auto"/>
        <w:ind w:firstLine="720"/>
        <w:jc w:val="both"/>
        <w:rPr>
          <w:rFonts w:cs="Times New Roman"/>
          <w:sz w:val="24"/>
          <w:szCs w:val="24"/>
          <w:lang w:val="hr-HR"/>
        </w:rPr>
      </w:pPr>
      <w:r w:rsidRPr="003F4078">
        <w:rPr>
          <w:rFonts w:cs="Times New Roman"/>
          <w:sz w:val="24"/>
          <w:szCs w:val="24"/>
          <w:lang w:val="hr-HR"/>
        </w:rPr>
        <w:t xml:space="preserve">Iznosi turističke pristojbe iskazani su u eurima te odgovaraju najnižim iznosima turističke pristojbe propisanim Pravilnikom o najnižem i najvišem iznosu turističke pristojbe („Narodne novine“ broj 71/19.), i to iznosima iz članka 2. Pravilnika za turističku pristojbu po osobi i noćenju te godišnje paušalne iznose za osobe koje pružaju ugostiteljske usluge u domaćinstvu i na obiteljskom poljoprivrednom gospodarstvu, </w:t>
      </w:r>
      <w:r w:rsidR="00021A57">
        <w:rPr>
          <w:rFonts w:cs="Times New Roman"/>
          <w:sz w:val="24"/>
          <w:szCs w:val="24"/>
          <w:lang w:val="hr-HR"/>
        </w:rPr>
        <w:t>te</w:t>
      </w:r>
      <w:r w:rsidRPr="003F4078">
        <w:rPr>
          <w:rFonts w:cs="Times New Roman"/>
          <w:sz w:val="24"/>
          <w:szCs w:val="24"/>
          <w:lang w:val="hr-HR"/>
        </w:rPr>
        <w:t xml:space="preserve"> iznosima iz članka 3. Pravilnika za godišnji paušalni iznos turističke pristojbe koji plaća vlasnik kuće, apartmana ili stana za odmor za sebe i članove uže obitelji. Iznosi su preračunati prema fiksnom tečaju konverzije 1 euro = 7,53450 kuna.</w:t>
      </w:r>
    </w:p>
    <w:p w14:paraId="4E4577D7" w14:textId="77777777" w:rsidR="003667DF" w:rsidRDefault="003667DF" w:rsidP="003667D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78820114" w14:textId="60C70631" w:rsidR="008E719E" w:rsidRPr="003667DF" w:rsidRDefault="00000000" w:rsidP="003667DF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proofErr w:type="spellStart"/>
      <w:r w:rsidRPr="003667DF">
        <w:rPr>
          <w:rFonts w:cs="Times New Roman"/>
          <w:sz w:val="24"/>
          <w:szCs w:val="24"/>
        </w:rPr>
        <w:t>Turistička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pristojba</w:t>
      </w:r>
      <w:proofErr w:type="spellEnd"/>
      <w:r w:rsidRPr="003667DF">
        <w:rPr>
          <w:rFonts w:cs="Times New Roman"/>
          <w:sz w:val="24"/>
          <w:szCs w:val="24"/>
        </w:rPr>
        <w:t xml:space="preserve"> za </w:t>
      </w:r>
      <w:proofErr w:type="spellStart"/>
      <w:r w:rsidRPr="003667DF">
        <w:rPr>
          <w:rFonts w:cs="Times New Roman"/>
          <w:sz w:val="24"/>
          <w:szCs w:val="24"/>
        </w:rPr>
        <w:t>osobe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koje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koriste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uslugu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noćenja</w:t>
      </w:r>
      <w:proofErr w:type="spellEnd"/>
      <w:r w:rsidRPr="003667DF">
        <w:rPr>
          <w:rFonts w:cs="Times New Roman"/>
          <w:sz w:val="24"/>
          <w:szCs w:val="24"/>
        </w:rPr>
        <w:t xml:space="preserve"> u </w:t>
      </w:r>
      <w:proofErr w:type="spellStart"/>
      <w:r w:rsidRPr="003667DF">
        <w:rPr>
          <w:rFonts w:cs="Times New Roman"/>
          <w:sz w:val="24"/>
          <w:szCs w:val="24"/>
        </w:rPr>
        <w:t>smještajnom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objektu</w:t>
      </w:r>
      <w:proofErr w:type="spellEnd"/>
      <w:r w:rsidRPr="003667DF">
        <w:rPr>
          <w:rFonts w:cs="Times New Roman"/>
          <w:sz w:val="24"/>
          <w:szCs w:val="24"/>
        </w:rPr>
        <w:t xml:space="preserve"> u </w:t>
      </w:r>
      <w:proofErr w:type="spellStart"/>
      <w:r w:rsidRPr="003667DF">
        <w:rPr>
          <w:rFonts w:cs="Times New Roman"/>
          <w:sz w:val="24"/>
          <w:szCs w:val="24"/>
        </w:rPr>
        <w:t>kojem</w:t>
      </w:r>
      <w:proofErr w:type="spellEnd"/>
      <w:r w:rsidRPr="003667DF">
        <w:rPr>
          <w:rFonts w:cs="Times New Roman"/>
          <w:sz w:val="24"/>
          <w:szCs w:val="24"/>
        </w:rPr>
        <w:t xml:space="preserve"> se </w:t>
      </w:r>
      <w:proofErr w:type="spellStart"/>
      <w:r w:rsidRPr="003667DF">
        <w:rPr>
          <w:rFonts w:cs="Times New Roman"/>
          <w:sz w:val="24"/>
          <w:szCs w:val="24"/>
        </w:rPr>
        <w:t>obavlja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ugostiteljska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djelatnost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iznosi</w:t>
      </w:r>
      <w:proofErr w:type="spellEnd"/>
      <w:r w:rsidRPr="003667DF">
        <w:rPr>
          <w:rFonts w:cs="Times New Roman"/>
          <w:sz w:val="24"/>
          <w:szCs w:val="24"/>
        </w:rPr>
        <w:t xml:space="preserve"> 1,33 </w:t>
      </w:r>
      <w:proofErr w:type="spellStart"/>
      <w:r w:rsidRPr="003667DF">
        <w:rPr>
          <w:rFonts w:cs="Times New Roman"/>
          <w:sz w:val="24"/>
          <w:szCs w:val="24"/>
        </w:rPr>
        <w:t>eura</w:t>
      </w:r>
      <w:proofErr w:type="spellEnd"/>
      <w:r w:rsidRPr="003667DF">
        <w:rPr>
          <w:rFonts w:cs="Times New Roman"/>
          <w:sz w:val="24"/>
          <w:szCs w:val="24"/>
        </w:rPr>
        <w:t xml:space="preserve"> u </w:t>
      </w:r>
      <w:proofErr w:type="spellStart"/>
      <w:r w:rsidRPr="003667DF">
        <w:rPr>
          <w:rFonts w:cs="Times New Roman"/>
          <w:sz w:val="24"/>
          <w:szCs w:val="24"/>
        </w:rPr>
        <w:t>razdoblju</w:t>
      </w:r>
      <w:proofErr w:type="spellEnd"/>
      <w:r w:rsidRPr="003667DF">
        <w:rPr>
          <w:rFonts w:cs="Times New Roman"/>
          <w:sz w:val="24"/>
          <w:szCs w:val="24"/>
        </w:rPr>
        <w:t xml:space="preserve"> od 01.04. </w:t>
      </w:r>
      <w:proofErr w:type="spellStart"/>
      <w:r w:rsidRPr="003667DF">
        <w:rPr>
          <w:rFonts w:cs="Times New Roman"/>
          <w:sz w:val="24"/>
          <w:szCs w:val="24"/>
        </w:rPr>
        <w:t>do</w:t>
      </w:r>
      <w:proofErr w:type="spellEnd"/>
      <w:r w:rsidRPr="003667DF">
        <w:rPr>
          <w:rFonts w:cs="Times New Roman"/>
          <w:sz w:val="24"/>
          <w:szCs w:val="24"/>
        </w:rPr>
        <w:t xml:space="preserve"> 30.09., a u </w:t>
      </w:r>
      <w:proofErr w:type="spellStart"/>
      <w:r w:rsidRPr="003667DF">
        <w:rPr>
          <w:rFonts w:cs="Times New Roman"/>
          <w:sz w:val="24"/>
          <w:szCs w:val="24"/>
        </w:rPr>
        <w:t>ostalom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razdoblju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godine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iznosi</w:t>
      </w:r>
      <w:proofErr w:type="spellEnd"/>
      <w:r w:rsidRPr="003667DF">
        <w:rPr>
          <w:rFonts w:cs="Times New Roman"/>
          <w:sz w:val="24"/>
          <w:szCs w:val="24"/>
        </w:rPr>
        <w:t xml:space="preserve"> 0,93 </w:t>
      </w:r>
      <w:proofErr w:type="spellStart"/>
      <w:r w:rsidRPr="003667DF">
        <w:rPr>
          <w:rFonts w:cs="Times New Roman"/>
          <w:sz w:val="24"/>
          <w:szCs w:val="24"/>
        </w:rPr>
        <w:t>eura</w:t>
      </w:r>
      <w:proofErr w:type="spellEnd"/>
      <w:r w:rsidRPr="003667DF">
        <w:rPr>
          <w:rFonts w:cs="Times New Roman"/>
          <w:sz w:val="24"/>
          <w:szCs w:val="24"/>
        </w:rPr>
        <w:t xml:space="preserve"> po </w:t>
      </w:r>
      <w:proofErr w:type="spellStart"/>
      <w:r w:rsidRPr="003667DF">
        <w:rPr>
          <w:rFonts w:cs="Times New Roman"/>
          <w:sz w:val="24"/>
          <w:szCs w:val="24"/>
        </w:rPr>
        <w:t>osobi</w:t>
      </w:r>
      <w:proofErr w:type="spellEnd"/>
      <w:r w:rsidRPr="003667DF">
        <w:rPr>
          <w:rFonts w:cs="Times New Roman"/>
          <w:sz w:val="24"/>
          <w:szCs w:val="24"/>
        </w:rPr>
        <w:t xml:space="preserve">, </w:t>
      </w:r>
      <w:proofErr w:type="spellStart"/>
      <w:r w:rsidRPr="003667DF">
        <w:rPr>
          <w:rFonts w:cs="Times New Roman"/>
          <w:sz w:val="24"/>
          <w:szCs w:val="24"/>
        </w:rPr>
        <w:t>dnevno</w:t>
      </w:r>
      <w:proofErr w:type="spellEnd"/>
      <w:r w:rsidRPr="003667DF">
        <w:rPr>
          <w:rFonts w:cs="Times New Roman"/>
          <w:sz w:val="24"/>
          <w:szCs w:val="24"/>
        </w:rPr>
        <w:t>.</w:t>
      </w:r>
    </w:p>
    <w:p w14:paraId="341C5353" w14:textId="77777777" w:rsidR="003667DF" w:rsidRDefault="003667DF" w:rsidP="003667D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2E7058B9" w14:textId="5A135E7A" w:rsidR="008E719E" w:rsidRPr="003667DF" w:rsidRDefault="00000000" w:rsidP="003667DF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proofErr w:type="spellStart"/>
      <w:r w:rsidRPr="003667DF">
        <w:rPr>
          <w:rFonts w:cs="Times New Roman"/>
          <w:sz w:val="24"/>
          <w:szCs w:val="24"/>
        </w:rPr>
        <w:t>Turistička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pristojba</w:t>
      </w:r>
      <w:proofErr w:type="spellEnd"/>
      <w:r w:rsidRPr="003667DF">
        <w:rPr>
          <w:rFonts w:cs="Times New Roman"/>
          <w:sz w:val="24"/>
          <w:szCs w:val="24"/>
        </w:rPr>
        <w:t xml:space="preserve"> za </w:t>
      </w:r>
      <w:proofErr w:type="spellStart"/>
      <w:r w:rsidRPr="003667DF">
        <w:rPr>
          <w:rFonts w:cs="Times New Roman"/>
          <w:sz w:val="24"/>
          <w:szCs w:val="24"/>
        </w:rPr>
        <w:t>osobe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koje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koriste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uslugu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noćenja</w:t>
      </w:r>
      <w:proofErr w:type="spellEnd"/>
      <w:r w:rsidRPr="003667DF">
        <w:rPr>
          <w:rFonts w:cs="Times New Roman"/>
          <w:sz w:val="24"/>
          <w:szCs w:val="24"/>
        </w:rPr>
        <w:t xml:space="preserve"> u </w:t>
      </w:r>
      <w:proofErr w:type="spellStart"/>
      <w:r w:rsidRPr="003667DF">
        <w:rPr>
          <w:rFonts w:cs="Times New Roman"/>
          <w:sz w:val="24"/>
          <w:szCs w:val="24"/>
        </w:rPr>
        <w:t>objektu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iz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skupine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Kampovi</w:t>
      </w:r>
      <w:proofErr w:type="spellEnd"/>
      <w:r w:rsidRPr="003667DF">
        <w:rPr>
          <w:rFonts w:cs="Times New Roman"/>
          <w:sz w:val="24"/>
          <w:szCs w:val="24"/>
        </w:rPr>
        <w:t xml:space="preserve"> (</w:t>
      </w:r>
      <w:proofErr w:type="spellStart"/>
      <w:r w:rsidRPr="003667DF">
        <w:rPr>
          <w:rFonts w:cs="Times New Roman"/>
          <w:sz w:val="24"/>
          <w:szCs w:val="24"/>
        </w:rPr>
        <w:t>kampovi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kamp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odmorišta</w:t>
      </w:r>
      <w:proofErr w:type="spellEnd"/>
      <w:r w:rsidRPr="003667DF">
        <w:rPr>
          <w:rFonts w:cs="Times New Roman"/>
          <w:sz w:val="24"/>
          <w:szCs w:val="24"/>
        </w:rPr>
        <w:t xml:space="preserve">) </w:t>
      </w:r>
      <w:proofErr w:type="spellStart"/>
      <w:r w:rsidRPr="003667DF">
        <w:rPr>
          <w:rFonts w:cs="Times New Roman"/>
          <w:sz w:val="24"/>
          <w:szCs w:val="24"/>
        </w:rPr>
        <w:t>iznosi</w:t>
      </w:r>
      <w:proofErr w:type="spellEnd"/>
      <w:r w:rsidRPr="003667DF">
        <w:rPr>
          <w:rFonts w:cs="Times New Roman"/>
          <w:sz w:val="24"/>
          <w:szCs w:val="24"/>
        </w:rPr>
        <w:t xml:space="preserve"> 1,06 </w:t>
      </w:r>
      <w:proofErr w:type="spellStart"/>
      <w:r w:rsidRPr="003667DF">
        <w:rPr>
          <w:rFonts w:cs="Times New Roman"/>
          <w:sz w:val="24"/>
          <w:szCs w:val="24"/>
        </w:rPr>
        <w:t>eura</w:t>
      </w:r>
      <w:proofErr w:type="spellEnd"/>
      <w:r w:rsidRPr="003667DF">
        <w:rPr>
          <w:rFonts w:cs="Times New Roman"/>
          <w:sz w:val="24"/>
          <w:szCs w:val="24"/>
        </w:rPr>
        <w:t xml:space="preserve"> u </w:t>
      </w:r>
      <w:proofErr w:type="spellStart"/>
      <w:r w:rsidRPr="003667DF">
        <w:rPr>
          <w:rFonts w:cs="Times New Roman"/>
          <w:sz w:val="24"/>
          <w:szCs w:val="24"/>
        </w:rPr>
        <w:t>razdoblju</w:t>
      </w:r>
      <w:proofErr w:type="spellEnd"/>
      <w:r w:rsidRPr="003667DF">
        <w:rPr>
          <w:rFonts w:cs="Times New Roman"/>
          <w:sz w:val="24"/>
          <w:szCs w:val="24"/>
        </w:rPr>
        <w:t xml:space="preserve"> od 01.04. </w:t>
      </w:r>
      <w:proofErr w:type="spellStart"/>
      <w:r w:rsidRPr="003667DF">
        <w:rPr>
          <w:rFonts w:cs="Times New Roman"/>
          <w:sz w:val="24"/>
          <w:szCs w:val="24"/>
        </w:rPr>
        <w:t>do</w:t>
      </w:r>
      <w:proofErr w:type="spellEnd"/>
      <w:r w:rsidRPr="003667DF">
        <w:rPr>
          <w:rFonts w:cs="Times New Roman"/>
          <w:sz w:val="24"/>
          <w:szCs w:val="24"/>
        </w:rPr>
        <w:t xml:space="preserve"> 30.09., a u </w:t>
      </w:r>
      <w:proofErr w:type="spellStart"/>
      <w:r w:rsidRPr="003667DF">
        <w:rPr>
          <w:rFonts w:cs="Times New Roman"/>
          <w:sz w:val="24"/>
          <w:szCs w:val="24"/>
        </w:rPr>
        <w:t>ostalom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razdoblju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godine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iznosi</w:t>
      </w:r>
      <w:proofErr w:type="spellEnd"/>
      <w:r w:rsidRPr="003667DF">
        <w:rPr>
          <w:rFonts w:cs="Times New Roman"/>
          <w:sz w:val="24"/>
          <w:szCs w:val="24"/>
        </w:rPr>
        <w:t xml:space="preserve"> 0,66 </w:t>
      </w:r>
      <w:proofErr w:type="spellStart"/>
      <w:r w:rsidRPr="003667DF">
        <w:rPr>
          <w:rFonts w:cs="Times New Roman"/>
          <w:sz w:val="24"/>
          <w:szCs w:val="24"/>
        </w:rPr>
        <w:t>eura</w:t>
      </w:r>
      <w:proofErr w:type="spellEnd"/>
      <w:r w:rsidRPr="003667DF">
        <w:rPr>
          <w:rFonts w:cs="Times New Roman"/>
          <w:sz w:val="24"/>
          <w:szCs w:val="24"/>
        </w:rPr>
        <w:t xml:space="preserve"> po </w:t>
      </w:r>
      <w:proofErr w:type="spellStart"/>
      <w:r w:rsidRPr="003667DF">
        <w:rPr>
          <w:rFonts w:cs="Times New Roman"/>
          <w:sz w:val="24"/>
          <w:szCs w:val="24"/>
        </w:rPr>
        <w:t>osobi</w:t>
      </w:r>
      <w:proofErr w:type="spellEnd"/>
      <w:r w:rsidRPr="003667DF">
        <w:rPr>
          <w:rFonts w:cs="Times New Roman"/>
          <w:sz w:val="24"/>
          <w:szCs w:val="24"/>
        </w:rPr>
        <w:t xml:space="preserve">, </w:t>
      </w:r>
      <w:proofErr w:type="spellStart"/>
      <w:r w:rsidRPr="003667DF">
        <w:rPr>
          <w:rFonts w:cs="Times New Roman"/>
          <w:sz w:val="24"/>
          <w:szCs w:val="24"/>
        </w:rPr>
        <w:t>dnevno</w:t>
      </w:r>
      <w:proofErr w:type="spellEnd"/>
      <w:r w:rsidRPr="003667DF">
        <w:rPr>
          <w:rFonts w:cs="Times New Roman"/>
          <w:sz w:val="24"/>
          <w:szCs w:val="24"/>
        </w:rPr>
        <w:t>.</w:t>
      </w:r>
    </w:p>
    <w:p w14:paraId="73E21BC5" w14:textId="77777777" w:rsidR="003667DF" w:rsidRDefault="003667DF" w:rsidP="003667D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27087FCF" w14:textId="3DB56B4C" w:rsidR="008E719E" w:rsidRPr="003667DF" w:rsidRDefault="00000000" w:rsidP="003667DF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proofErr w:type="spellStart"/>
      <w:r w:rsidRPr="003667DF">
        <w:rPr>
          <w:rFonts w:cs="Times New Roman"/>
          <w:sz w:val="24"/>
          <w:szCs w:val="24"/>
        </w:rPr>
        <w:t>Paušalna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godišnja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turistička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pristojba</w:t>
      </w:r>
      <w:proofErr w:type="spellEnd"/>
      <w:r w:rsidRPr="003667DF">
        <w:rPr>
          <w:rFonts w:cs="Times New Roman"/>
          <w:sz w:val="24"/>
          <w:szCs w:val="24"/>
        </w:rPr>
        <w:t xml:space="preserve"> za </w:t>
      </w:r>
      <w:proofErr w:type="spellStart"/>
      <w:r w:rsidRPr="003667DF">
        <w:rPr>
          <w:rFonts w:cs="Times New Roman"/>
          <w:sz w:val="24"/>
          <w:szCs w:val="24"/>
        </w:rPr>
        <w:t>osobe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koje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pružaju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ugostiteljske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usluge</w:t>
      </w:r>
      <w:proofErr w:type="spellEnd"/>
      <w:r w:rsidRPr="003667DF">
        <w:rPr>
          <w:rFonts w:cs="Times New Roman"/>
          <w:sz w:val="24"/>
          <w:szCs w:val="24"/>
        </w:rPr>
        <w:t xml:space="preserve"> u </w:t>
      </w:r>
      <w:proofErr w:type="spellStart"/>
      <w:r w:rsidRPr="003667DF">
        <w:rPr>
          <w:rFonts w:cs="Times New Roman"/>
          <w:sz w:val="24"/>
          <w:szCs w:val="24"/>
        </w:rPr>
        <w:t>domaćinstvu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iznosi</w:t>
      </w:r>
      <w:proofErr w:type="spellEnd"/>
      <w:r w:rsidRPr="003667DF">
        <w:rPr>
          <w:rFonts w:cs="Times New Roman"/>
          <w:sz w:val="24"/>
          <w:szCs w:val="24"/>
        </w:rPr>
        <w:t xml:space="preserve"> 46,45 </w:t>
      </w:r>
      <w:proofErr w:type="spellStart"/>
      <w:r w:rsidRPr="003667DF">
        <w:rPr>
          <w:rFonts w:cs="Times New Roman"/>
          <w:sz w:val="24"/>
          <w:szCs w:val="24"/>
        </w:rPr>
        <w:t>eura</w:t>
      </w:r>
      <w:proofErr w:type="spellEnd"/>
      <w:r w:rsidRPr="003667DF">
        <w:rPr>
          <w:rFonts w:cs="Times New Roman"/>
          <w:sz w:val="24"/>
          <w:szCs w:val="24"/>
        </w:rPr>
        <w:t xml:space="preserve"> po </w:t>
      </w:r>
      <w:proofErr w:type="spellStart"/>
      <w:r w:rsidRPr="003667DF">
        <w:rPr>
          <w:rFonts w:cs="Times New Roman"/>
          <w:sz w:val="24"/>
          <w:szCs w:val="24"/>
        </w:rPr>
        <w:t>krevetu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godišnje</w:t>
      </w:r>
      <w:proofErr w:type="spellEnd"/>
      <w:r w:rsidRPr="003667DF">
        <w:rPr>
          <w:rFonts w:cs="Times New Roman"/>
          <w:sz w:val="24"/>
          <w:szCs w:val="24"/>
        </w:rPr>
        <w:t>.</w:t>
      </w:r>
    </w:p>
    <w:p w14:paraId="59B11139" w14:textId="77777777" w:rsidR="003667DF" w:rsidRDefault="003667DF" w:rsidP="003667D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0C1BF06F" w14:textId="44505A9D" w:rsidR="008E719E" w:rsidRPr="003667DF" w:rsidRDefault="00000000" w:rsidP="003667DF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proofErr w:type="spellStart"/>
      <w:r w:rsidRPr="003667DF">
        <w:rPr>
          <w:rFonts w:cs="Times New Roman"/>
          <w:sz w:val="24"/>
          <w:szCs w:val="24"/>
        </w:rPr>
        <w:t>Paušalna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godišnja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turistička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pristojba</w:t>
      </w:r>
      <w:proofErr w:type="spellEnd"/>
      <w:r w:rsidRPr="003667DF">
        <w:rPr>
          <w:rFonts w:cs="Times New Roman"/>
          <w:sz w:val="24"/>
          <w:szCs w:val="24"/>
        </w:rPr>
        <w:t xml:space="preserve"> za </w:t>
      </w:r>
      <w:proofErr w:type="spellStart"/>
      <w:r w:rsidRPr="003667DF">
        <w:rPr>
          <w:rFonts w:cs="Times New Roman"/>
          <w:sz w:val="24"/>
          <w:szCs w:val="24"/>
        </w:rPr>
        <w:t>osobe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koje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pružaju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ugostiteljske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usluge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obiteljskom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poljoprivrednom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gospodarstvu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iznosi</w:t>
      </w:r>
      <w:proofErr w:type="spellEnd"/>
      <w:r w:rsidRPr="003667DF">
        <w:rPr>
          <w:rFonts w:cs="Times New Roman"/>
          <w:sz w:val="24"/>
          <w:szCs w:val="24"/>
        </w:rPr>
        <w:t xml:space="preserve"> 26,54 </w:t>
      </w:r>
      <w:proofErr w:type="spellStart"/>
      <w:r w:rsidRPr="003667DF">
        <w:rPr>
          <w:rFonts w:cs="Times New Roman"/>
          <w:sz w:val="24"/>
          <w:szCs w:val="24"/>
        </w:rPr>
        <w:t>eura</w:t>
      </w:r>
      <w:proofErr w:type="spellEnd"/>
      <w:r w:rsidRPr="003667DF">
        <w:rPr>
          <w:rFonts w:cs="Times New Roman"/>
          <w:sz w:val="24"/>
          <w:szCs w:val="24"/>
        </w:rPr>
        <w:t xml:space="preserve"> po </w:t>
      </w:r>
      <w:proofErr w:type="spellStart"/>
      <w:r w:rsidRPr="003667DF">
        <w:rPr>
          <w:rFonts w:cs="Times New Roman"/>
          <w:sz w:val="24"/>
          <w:szCs w:val="24"/>
        </w:rPr>
        <w:t>krevetu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godišnje</w:t>
      </w:r>
      <w:proofErr w:type="spellEnd"/>
      <w:r w:rsidRPr="003667DF">
        <w:rPr>
          <w:rFonts w:cs="Times New Roman"/>
          <w:sz w:val="24"/>
          <w:szCs w:val="24"/>
        </w:rPr>
        <w:t>.</w:t>
      </w:r>
    </w:p>
    <w:p w14:paraId="77DEA527" w14:textId="77777777" w:rsidR="003667DF" w:rsidRDefault="003667DF" w:rsidP="003667D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26E389B3" w14:textId="78EEAFE4" w:rsidR="008E719E" w:rsidRPr="003667DF" w:rsidRDefault="00000000" w:rsidP="003667DF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proofErr w:type="spellStart"/>
      <w:r w:rsidRPr="003667DF">
        <w:rPr>
          <w:rFonts w:cs="Times New Roman"/>
          <w:sz w:val="24"/>
          <w:szCs w:val="24"/>
        </w:rPr>
        <w:t>Paušalna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godišnja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turistička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pristojba</w:t>
      </w:r>
      <w:proofErr w:type="spellEnd"/>
      <w:r w:rsidRPr="003667DF">
        <w:rPr>
          <w:rFonts w:cs="Times New Roman"/>
          <w:sz w:val="24"/>
          <w:szCs w:val="24"/>
        </w:rPr>
        <w:t xml:space="preserve"> za </w:t>
      </w:r>
      <w:proofErr w:type="spellStart"/>
      <w:r w:rsidRPr="003667DF">
        <w:rPr>
          <w:rFonts w:cs="Times New Roman"/>
          <w:sz w:val="24"/>
          <w:szCs w:val="24"/>
        </w:rPr>
        <w:t>osobe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koje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pružaju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usluge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smještaja</w:t>
      </w:r>
      <w:proofErr w:type="spellEnd"/>
      <w:r w:rsidRPr="003667DF">
        <w:rPr>
          <w:rFonts w:cs="Times New Roman"/>
          <w:sz w:val="24"/>
          <w:szCs w:val="24"/>
        </w:rPr>
        <w:t xml:space="preserve"> u </w:t>
      </w:r>
      <w:proofErr w:type="spellStart"/>
      <w:r w:rsidRPr="003667DF">
        <w:rPr>
          <w:rFonts w:cs="Times New Roman"/>
          <w:sz w:val="24"/>
          <w:szCs w:val="24"/>
        </w:rPr>
        <w:t>domaćinstvu</w:t>
      </w:r>
      <w:proofErr w:type="spellEnd"/>
      <w:r w:rsidRPr="003667DF">
        <w:rPr>
          <w:rFonts w:cs="Times New Roman"/>
          <w:sz w:val="24"/>
          <w:szCs w:val="24"/>
        </w:rPr>
        <w:t xml:space="preserve"> u </w:t>
      </w:r>
      <w:proofErr w:type="spellStart"/>
      <w:r w:rsidRPr="003667DF">
        <w:rPr>
          <w:rFonts w:cs="Times New Roman"/>
          <w:sz w:val="24"/>
          <w:szCs w:val="24"/>
        </w:rPr>
        <w:t>kampu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</w:t>
      </w:r>
      <w:proofErr w:type="spellEnd"/>
      <w:r w:rsidRPr="003667DF">
        <w:rPr>
          <w:rFonts w:cs="Times New Roman"/>
          <w:sz w:val="24"/>
          <w:szCs w:val="24"/>
        </w:rPr>
        <w:t xml:space="preserve"> u </w:t>
      </w:r>
      <w:proofErr w:type="spellStart"/>
      <w:r w:rsidRPr="003667DF">
        <w:rPr>
          <w:rFonts w:cs="Times New Roman"/>
          <w:sz w:val="24"/>
          <w:szCs w:val="24"/>
        </w:rPr>
        <w:t>objektu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vrste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kamp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odmorište</w:t>
      </w:r>
      <w:proofErr w:type="spellEnd"/>
      <w:r w:rsidRPr="003667DF">
        <w:rPr>
          <w:rFonts w:cs="Times New Roman"/>
          <w:sz w:val="24"/>
          <w:szCs w:val="24"/>
        </w:rPr>
        <w:t xml:space="preserve">, </w:t>
      </w:r>
      <w:proofErr w:type="spellStart"/>
      <w:r w:rsidRPr="003667DF">
        <w:rPr>
          <w:rFonts w:cs="Times New Roman"/>
          <w:sz w:val="24"/>
          <w:szCs w:val="24"/>
        </w:rPr>
        <w:t>odnosno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kamp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odmorišta</w:t>
      </w:r>
      <w:proofErr w:type="spellEnd"/>
      <w:r w:rsidRPr="003667DF">
        <w:rPr>
          <w:rFonts w:cs="Times New Roman"/>
          <w:sz w:val="24"/>
          <w:szCs w:val="24"/>
        </w:rPr>
        <w:t xml:space="preserve"> – </w:t>
      </w:r>
      <w:proofErr w:type="spellStart"/>
      <w:r w:rsidRPr="003667DF">
        <w:rPr>
          <w:rFonts w:cs="Times New Roman"/>
          <w:sz w:val="24"/>
          <w:szCs w:val="24"/>
        </w:rPr>
        <w:t>robinzonski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smještaj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iznosi</w:t>
      </w:r>
      <w:proofErr w:type="spellEnd"/>
      <w:r w:rsidRPr="003667DF">
        <w:rPr>
          <w:rFonts w:cs="Times New Roman"/>
          <w:sz w:val="24"/>
          <w:szCs w:val="24"/>
        </w:rPr>
        <w:t xml:space="preserve"> 66,36 </w:t>
      </w:r>
      <w:proofErr w:type="spellStart"/>
      <w:r w:rsidRPr="003667DF">
        <w:rPr>
          <w:rFonts w:cs="Times New Roman"/>
          <w:sz w:val="24"/>
          <w:szCs w:val="24"/>
        </w:rPr>
        <w:t>eura</w:t>
      </w:r>
      <w:proofErr w:type="spellEnd"/>
      <w:r w:rsidRPr="003667DF">
        <w:rPr>
          <w:rFonts w:cs="Times New Roman"/>
          <w:sz w:val="24"/>
          <w:szCs w:val="24"/>
        </w:rPr>
        <w:t xml:space="preserve"> za </w:t>
      </w:r>
      <w:proofErr w:type="spellStart"/>
      <w:r w:rsidRPr="003667DF">
        <w:rPr>
          <w:rFonts w:cs="Times New Roman"/>
          <w:sz w:val="24"/>
          <w:szCs w:val="24"/>
        </w:rPr>
        <w:t>svaku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smještajnu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jedinicu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godišnje</w:t>
      </w:r>
      <w:proofErr w:type="spellEnd"/>
      <w:r w:rsidRPr="003667DF">
        <w:rPr>
          <w:rFonts w:cs="Times New Roman"/>
          <w:sz w:val="24"/>
          <w:szCs w:val="24"/>
        </w:rPr>
        <w:t>.</w:t>
      </w:r>
    </w:p>
    <w:p w14:paraId="52AD3566" w14:textId="77777777" w:rsidR="003667DF" w:rsidRDefault="003667DF" w:rsidP="003667D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0226546C" w14:textId="3372B597" w:rsidR="008E719E" w:rsidRPr="003667DF" w:rsidRDefault="00000000" w:rsidP="003667DF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proofErr w:type="spellStart"/>
      <w:r w:rsidRPr="003667DF">
        <w:rPr>
          <w:rFonts w:cs="Times New Roman"/>
          <w:sz w:val="24"/>
          <w:szCs w:val="24"/>
        </w:rPr>
        <w:t>Paušalna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godišnja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turistička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pristojba</w:t>
      </w:r>
      <w:proofErr w:type="spellEnd"/>
      <w:r w:rsidRPr="003667DF">
        <w:rPr>
          <w:rFonts w:cs="Times New Roman"/>
          <w:sz w:val="24"/>
          <w:szCs w:val="24"/>
        </w:rPr>
        <w:t xml:space="preserve"> za </w:t>
      </w:r>
      <w:proofErr w:type="spellStart"/>
      <w:r w:rsidRPr="003667DF">
        <w:rPr>
          <w:rFonts w:cs="Times New Roman"/>
          <w:sz w:val="24"/>
          <w:szCs w:val="24"/>
        </w:rPr>
        <w:t>osobe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koje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pružaju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usluge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smještaja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obiteljskom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poljoprivrednom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gospodarstvu</w:t>
      </w:r>
      <w:proofErr w:type="spellEnd"/>
      <w:r w:rsidRPr="003667DF">
        <w:rPr>
          <w:rFonts w:cs="Times New Roman"/>
          <w:sz w:val="24"/>
          <w:szCs w:val="24"/>
        </w:rPr>
        <w:t xml:space="preserve"> u </w:t>
      </w:r>
      <w:proofErr w:type="spellStart"/>
      <w:r w:rsidRPr="003667DF">
        <w:rPr>
          <w:rFonts w:cs="Times New Roman"/>
          <w:sz w:val="24"/>
          <w:szCs w:val="24"/>
        </w:rPr>
        <w:t>kampu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</w:t>
      </w:r>
      <w:proofErr w:type="spellEnd"/>
      <w:r w:rsidRPr="003667DF">
        <w:rPr>
          <w:rFonts w:cs="Times New Roman"/>
          <w:sz w:val="24"/>
          <w:szCs w:val="24"/>
        </w:rPr>
        <w:t xml:space="preserve"> u </w:t>
      </w:r>
      <w:proofErr w:type="spellStart"/>
      <w:r w:rsidRPr="003667DF">
        <w:rPr>
          <w:rFonts w:cs="Times New Roman"/>
          <w:sz w:val="24"/>
          <w:szCs w:val="24"/>
        </w:rPr>
        <w:t>objektu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vrste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kamp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odmorište</w:t>
      </w:r>
      <w:proofErr w:type="spellEnd"/>
      <w:r w:rsidRPr="003667DF">
        <w:rPr>
          <w:rFonts w:cs="Times New Roman"/>
          <w:sz w:val="24"/>
          <w:szCs w:val="24"/>
        </w:rPr>
        <w:t xml:space="preserve">, </w:t>
      </w:r>
      <w:proofErr w:type="spellStart"/>
      <w:r w:rsidRPr="003667DF">
        <w:rPr>
          <w:rFonts w:cs="Times New Roman"/>
          <w:sz w:val="24"/>
          <w:szCs w:val="24"/>
        </w:rPr>
        <w:t>odnosno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kamp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odmorišta</w:t>
      </w:r>
      <w:proofErr w:type="spellEnd"/>
      <w:r w:rsidRPr="003667DF">
        <w:rPr>
          <w:rFonts w:cs="Times New Roman"/>
          <w:sz w:val="24"/>
          <w:szCs w:val="24"/>
        </w:rPr>
        <w:t xml:space="preserve"> – </w:t>
      </w:r>
      <w:proofErr w:type="spellStart"/>
      <w:r w:rsidRPr="003667DF">
        <w:rPr>
          <w:rFonts w:cs="Times New Roman"/>
          <w:sz w:val="24"/>
          <w:szCs w:val="24"/>
        </w:rPr>
        <w:t>robinzonski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smještaj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iznosi</w:t>
      </w:r>
      <w:proofErr w:type="spellEnd"/>
      <w:r w:rsidRPr="003667DF">
        <w:rPr>
          <w:rFonts w:cs="Times New Roman"/>
          <w:sz w:val="24"/>
          <w:szCs w:val="24"/>
        </w:rPr>
        <w:t xml:space="preserve"> 33,18 </w:t>
      </w:r>
      <w:proofErr w:type="spellStart"/>
      <w:r w:rsidRPr="003667DF">
        <w:rPr>
          <w:rFonts w:cs="Times New Roman"/>
          <w:sz w:val="24"/>
          <w:szCs w:val="24"/>
        </w:rPr>
        <w:t>eura</w:t>
      </w:r>
      <w:proofErr w:type="spellEnd"/>
      <w:r w:rsidRPr="003667DF">
        <w:rPr>
          <w:rFonts w:cs="Times New Roman"/>
          <w:sz w:val="24"/>
          <w:szCs w:val="24"/>
        </w:rPr>
        <w:t xml:space="preserve"> za </w:t>
      </w:r>
      <w:proofErr w:type="spellStart"/>
      <w:r w:rsidRPr="003667DF">
        <w:rPr>
          <w:rFonts w:cs="Times New Roman"/>
          <w:sz w:val="24"/>
          <w:szCs w:val="24"/>
        </w:rPr>
        <w:t>svaku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smještajnu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jedinicu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godišnje</w:t>
      </w:r>
      <w:proofErr w:type="spellEnd"/>
      <w:r w:rsidRPr="003667DF">
        <w:rPr>
          <w:rFonts w:cs="Times New Roman"/>
          <w:sz w:val="24"/>
          <w:szCs w:val="24"/>
        </w:rPr>
        <w:t>.</w:t>
      </w:r>
    </w:p>
    <w:p w14:paraId="799E16D0" w14:textId="77777777" w:rsidR="003667DF" w:rsidRDefault="003667DF" w:rsidP="003667D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13817626" w14:textId="258E05AB" w:rsidR="008E719E" w:rsidRPr="003667DF" w:rsidRDefault="00000000" w:rsidP="003667DF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proofErr w:type="spellStart"/>
      <w:r w:rsidRPr="003667DF">
        <w:rPr>
          <w:rFonts w:cs="Times New Roman"/>
          <w:sz w:val="24"/>
          <w:szCs w:val="24"/>
        </w:rPr>
        <w:t>Paušalna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godišnja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turistička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pristojba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koju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plaća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vlasnik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kuće</w:t>
      </w:r>
      <w:proofErr w:type="spellEnd"/>
      <w:r w:rsidRPr="003667DF">
        <w:rPr>
          <w:rFonts w:cs="Times New Roman"/>
          <w:sz w:val="24"/>
          <w:szCs w:val="24"/>
        </w:rPr>
        <w:t xml:space="preserve">, </w:t>
      </w:r>
      <w:proofErr w:type="spellStart"/>
      <w:r w:rsidRPr="003667DF">
        <w:rPr>
          <w:rFonts w:cs="Times New Roman"/>
          <w:sz w:val="24"/>
          <w:szCs w:val="24"/>
        </w:rPr>
        <w:t>apartmana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ili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stana</w:t>
      </w:r>
      <w:proofErr w:type="spellEnd"/>
      <w:r w:rsidRPr="003667DF">
        <w:rPr>
          <w:rFonts w:cs="Times New Roman"/>
          <w:sz w:val="24"/>
          <w:szCs w:val="24"/>
        </w:rPr>
        <w:t xml:space="preserve"> za </w:t>
      </w:r>
      <w:proofErr w:type="spellStart"/>
      <w:r w:rsidRPr="003667DF">
        <w:rPr>
          <w:rFonts w:cs="Times New Roman"/>
          <w:sz w:val="24"/>
          <w:szCs w:val="24"/>
        </w:rPr>
        <w:t>odmor</w:t>
      </w:r>
      <w:proofErr w:type="spellEnd"/>
      <w:r w:rsidRPr="003667DF">
        <w:rPr>
          <w:rFonts w:cs="Times New Roman"/>
          <w:sz w:val="24"/>
          <w:szCs w:val="24"/>
        </w:rPr>
        <w:t xml:space="preserve"> za </w:t>
      </w:r>
      <w:proofErr w:type="spellStart"/>
      <w:r w:rsidRPr="003667DF">
        <w:rPr>
          <w:rFonts w:cs="Times New Roman"/>
          <w:sz w:val="24"/>
          <w:szCs w:val="24"/>
        </w:rPr>
        <w:t>sebe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članove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uže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obitelji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iznosi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kako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slijedi</w:t>
      </w:r>
      <w:proofErr w:type="spellEnd"/>
      <w:r w:rsidRPr="003667DF">
        <w:rPr>
          <w:rFonts w:cs="Times New Roman"/>
          <w:sz w:val="24"/>
          <w:szCs w:val="24"/>
        </w:rPr>
        <w:t xml:space="preserve">: </w:t>
      </w:r>
      <w:proofErr w:type="spellStart"/>
      <w:r w:rsidRPr="003667DF">
        <w:rPr>
          <w:rFonts w:cs="Times New Roman"/>
          <w:sz w:val="24"/>
          <w:szCs w:val="24"/>
        </w:rPr>
        <w:t>prvi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član</w:t>
      </w:r>
      <w:proofErr w:type="spellEnd"/>
      <w:r w:rsidRPr="003667DF">
        <w:rPr>
          <w:rFonts w:cs="Times New Roman"/>
          <w:sz w:val="24"/>
          <w:szCs w:val="24"/>
        </w:rPr>
        <w:t xml:space="preserve"> 7,96 </w:t>
      </w:r>
      <w:proofErr w:type="spellStart"/>
      <w:r w:rsidRPr="003667DF">
        <w:rPr>
          <w:rFonts w:cs="Times New Roman"/>
          <w:sz w:val="24"/>
          <w:szCs w:val="24"/>
        </w:rPr>
        <w:t>eura</w:t>
      </w:r>
      <w:proofErr w:type="spellEnd"/>
      <w:r w:rsidRPr="003667DF">
        <w:rPr>
          <w:rFonts w:cs="Times New Roman"/>
          <w:sz w:val="24"/>
          <w:szCs w:val="24"/>
        </w:rPr>
        <w:t xml:space="preserve">, </w:t>
      </w:r>
      <w:proofErr w:type="spellStart"/>
      <w:r w:rsidRPr="003667DF">
        <w:rPr>
          <w:rFonts w:cs="Times New Roman"/>
          <w:sz w:val="24"/>
          <w:szCs w:val="24"/>
        </w:rPr>
        <w:t>drugi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član</w:t>
      </w:r>
      <w:proofErr w:type="spellEnd"/>
      <w:r w:rsidRPr="003667DF">
        <w:rPr>
          <w:rFonts w:cs="Times New Roman"/>
          <w:sz w:val="24"/>
          <w:szCs w:val="24"/>
        </w:rPr>
        <w:t xml:space="preserve"> 7,96 </w:t>
      </w:r>
      <w:proofErr w:type="spellStart"/>
      <w:r w:rsidRPr="003667DF">
        <w:rPr>
          <w:rFonts w:cs="Times New Roman"/>
          <w:sz w:val="24"/>
          <w:szCs w:val="24"/>
        </w:rPr>
        <w:t>eura</w:t>
      </w:r>
      <w:proofErr w:type="spellEnd"/>
      <w:r w:rsidRPr="003667DF">
        <w:rPr>
          <w:rFonts w:cs="Times New Roman"/>
          <w:sz w:val="24"/>
          <w:szCs w:val="24"/>
        </w:rPr>
        <w:t xml:space="preserve">, </w:t>
      </w:r>
      <w:proofErr w:type="spellStart"/>
      <w:r w:rsidRPr="003667DF">
        <w:rPr>
          <w:rFonts w:cs="Times New Roman"/>
          <w:sz w:val="24"/>
          <w:szCs w:val="24"/>
        </w:rPr>
        <w:t>svaki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sljedeći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član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uže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obitelji</w:t>
      </w:r>
      <w:proofErr w:type="spellEnd"/>
      <w:r w:rsidRPr="003667DF">
        <w:rPr>
          <w:rFonts w:cs="Times New Roman"/>
          <w:sz w:val="24"/>
          <w:szCs w:val="24"/>
        </w:rPr>
        <w:t xml:space="preserve"> 3,32 </w:t>
      </w:r>
      <w:proofErr w:type="spellStart"/>
      <w:r w:rsidRPr="003667DF">
        <w:rPr>
          <w:rFonts w:cs="Times New Roman"/>
          <w:sz w:val="24"/>
          <w:szCs w:val="24"/>
        </w:rPr>
        <w:t>eura</w:t>
      </w:r>
      <w:proofErr w:type="spellEnd"/>
      <w:r w:rsidRPr="003667DF">
        <w:rPr>
          <w:rFonts w:cs="Times New Roman"/>
          <w:sz w:val="24"/>
          <w:szCs w:val="24"/>
        </w:rPr>
        <w:t xml:space="preserve">, </w:t>
      </w:r>
      <w:proofErr w:type="spellStart"/>
      <w:r w:rsidRPr="003667DF">
        <w:rPr>
          <w:rFonts w:cs="Times New Roman"/>
          <w:sz w:val="24"/>
          <w:szCs w:val="24"/>
        </w:rPr>
        <w:t>godišnje</w:t>
      </w:r>
      <w:proofErr w:type="spellEnd"/>
      <w:r w:rsidRPr="003667DF">
        <w:rPr>
          <w:rFonts w:cs="Times New Roman"/>
          <w:sz w:val="24"/>
          <w:szCs w:val="24"/>
        </w:rPr>
        <w:t xml:space="preserve"> za </w:t>
      </w:r>
      <w:proofErr w:type="spellStart"/>
      <w:r w:rsidRPr="003667DF">
        <w:rPr>
          <w:rFonts w:cs="Times New Roman"/>
          <w:sz w:val="24"/>
          <w:szCs w:val="24"/>
        </w:rPr>
        <w:t>sve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članove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uže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obitelji</w:t>
      </w:r>
      <w:proofErr w:type="spellEnd"/>
      <w:r w:rsidRPr="003667DF">
        <w:rPr>
          <w:rFonts w:cs="Times New Roman"/>
          <w:sz w:val="24"/>
          <w:szCs w:val="24"/>
        </w:rPr>
        <w:t>.</w:t>
      </w:r>
    </w:p>
    <w:p w14:paraId="3E1C0C14" w14:textId="77777777" w:rsidR="00C432DA" w:rsidRPr="003667DF" w:rsidRDefault="00C432DA" w:rsidP="003667D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689E4B26" w14:textId="77777777" w:rsidR="008E719E" w:rsidRDefault="00000000" w:rsidP="003667DF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 w:rsidRPr="003667DF">
        <w:rPr>
          <w:rFonts w:cs="Times New Roman"/>
          <w:bCs/>
          <w:sz w:val="24"/>
          <w:szCs w:val="24"/>
        </w:rPr>
        <w:t>III. IZNOSI TURISTIČKE PRISTOJBE NA POTPOMOGNUTIM PODRUČJIMA KOPRIVNIČKO-KRIŽEVAČKE ŽUPANIJE</w:t>
      </w:r>
    </w:p>
    <w:p w14:paraId="3DD40C34" w14:textId="77777777" w:rsidR="003667DF" w:rsidRPr="003667DF" w:rsidRDefault="003667DF" w:rsidP="003667DF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</w:p>
    <w:p w14:paraId="1BB5DC41" w14:textId="77777777" w:rsidR="008E719E" w:rsidRDefault="00000000" w:rsidP="003667DF">
      <w:pPr>
        <w:spacing w:after="0" w:line="240" w:lineRule="auto"/>
        <w:jc w:val="center"/>
        <w:rPr>
          <w:rFonts w:cs="Times New Roman"/>
          <w:bCs/>
          <w:sz w:val="24"/>
          <w:szCs w:val="24"/>
        </w:rPr>
      </w:pPr>
      <w:proofErr w:type="spellStart"/>
      <w:r w:rsidRPr="003667DF">
        <w:rPr>
          <w:rFonts w:cs="Times New Roman"/>
          <w:bCs/>
          <w:sz w:val="24"/>
          <w:szCs w:val="24"/>
        </w:rPr>
        <w:t>Članak</w:t>
      </w:r>
      <w:proofErr w:type="spellEnd"/>
      <w:r w:rsidRPr="003667DF">
        <w:rPr>
          <w:rFonts w:cs="Times New Roman"/>
          <w:bCs/>
          <w:sz w:val="24"/>
          <w:szCs w:val="24"/>
        </w:rPr>
        <w:t xml:space="preserve"> 4.</w:t>
      </w:r>
    </w:p>
    <w:p w14:paraId="0B0F9D80" w14:textId="77777777" w:rsidR="003667DF" w:rsidRPr="003667DF" w:rsidRDefault="003667DF" w:rsidP="003667DF">
      <w:pPr>
        <w:spacing w:after="0" w:line="240" w:lineRule="auto"/>
        <w:jc w:val="center"/>
        <w:rPr>
          <w:rFonts w:cs="Times New Roman"/>
          <w:bCs/>
          <w:sz w:val="24"/>
          <w:szCs w:val="24"/>
        </w:rPr>
      </w:pPr>
    </w:p>
    <w:p w14:paraId="2ACF6F39" w14:textId="58529D51" w:rsidR="008E719E" w:rsidRDefault="00000000" w:rsidP="003667DF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proofErr w:type="spellStart"/>
      <w:r w:rsidRPr="003667DF">
        <w:rPr>
          <w:rFonts w:cs="Times New Roman"/>
          <w:sz w:val="24"/>
          <w:szCs w:val="24"/>
        </w:rPr>
        <w:t>Sukladno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Odluci</w:t>
      </w:r>
      <w:proofErr w:type="spellEnd"/>
      <w:r w:rsidRPr="003667DF">
        <w:rPr>
          <w:rFonts w:cs="Times New Roman"/>
          <w:sz w:val="24"/>
          <w:szCs w:val="24"/>
        </w:rPr>
        <w:t xml:space="preserve"> o </w:t>
      </w:r>
      <w:proofErr w:type="spellStart"/>
      <w:r w:rsidRPr="003667DF">
        <w:rPr>
          <w:rFonts w:cs="Times New Roman"/>
          <w:sz w:val="24"/>
          <w:szCs w:val="24"/>
        </w:rPr>
        <w:t>razvrstavanju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jedinica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lokalne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područne</w:t>
      </w:r>
      <w:proofErr w:type="spellEnd"/>
      <w:r w:rsidRPr="003667DF">
        <w:rPr>
          <w:rFonts w:cs="Times New Roman"/>
          <w:sz w:val="24"/>
          <w:szCs w:val="24"/>
        </w:rPr>
        <w:t xml:space="preserve"> (</w:t>
      </w:r>
      <w:proofErr w:type="spellStart"/>
      <w:r w:rsidRPr="003667DF">
        <w:rPr>
          <w:rFonts w:cs="Times New Roman"/>
          <w:sz w:val="24"/>
          <w:szCs w:val="24"/>
        </w:rPr>
        <w:t>regionalne</w:t>
      </w:r>
      <w:proofErr w:type="spellEnd"/>
      <w:r w:rsidRPr="003667DF">
        <w:rPr>
          <w:rFonts w:cs="Times New Roman"/>
          <w:sz w:val="24"/>
          <w:szCs w:val="24"/>
        </w:rPr>
        <w:t xml:space="preserve">) </w:t>
      </w:r>
      <w:proofErr w:type="spellStart"/>
      <w:r w:rsidRPr="003667DF">
        <w:rPr>
          <w:rFonts w:cs="Times New Roman"/>
          <w:sz w:val="24"/>
          <w:szCs w:val="24"/>
        </w:rPr>
        <w:t>samouprave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prema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stupnju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razvijenosti</w:t>
      </w:r>
      <w:proofErr w:type="spellEnd"/>
      <w:r w:rsidRPr="003667DF">
        <w:rPr>
          <w:rFonts w:cs="Times New Roman"/>
          <w:sz w:val="24"/>
          <w:szCs w:val="24"/>
        </w:rPr>
        <w:t xml:space="preserve"> („</w:t>
      </w:r>
      <w:proofErr w:type="spellStart"/>
      <w:r w:rsidRPr="003667DF">
        <w:rPr>
          <w:rFonts w:cs="Times New Roman"/>
          <w:sz w:val="24"/>
          <w:szCs w:val="24"/>
        </w:rPr>
        <w:t>Narodne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gramStart"/>
      <w:r w:rsidRPr="003667DF">
        <w:rPr>
          <w:rFonts w:cs="Times New Roman"/>
          <w:sz w:val="24"/>
          <w:szCs w:val="24"/>
        </w:rPr>
        <w:t xml:space="preserve">novine“ </w:t>
      </w:r>
      <w:proofErr w:type="spellStart"/>
      <w:r w:rsidRPr="003667DF">
        <w:rPr>
          <w:rFonts w:cs="Times New Roman"/>
          <w:sz w:val="24"/>
          <w:szCs w:val="24"/>
        </w:rPr>
        <w:t>broj</w:t>
      </w:r>
      <w:proofErr w:type="spellEnd"/>
      <w:proofErr w:type="gramEnd"/>
      <w:r w:rsidRPr="003667DF">
        <w:rPr>
          <w:rFonts w:cs="Times New Roman"/>
          <w:sz w:val="24"/>
          <w:szCs w:val="24"/>
        </w:rPr>
        <w:t xml:space="preserve"> 3/24.</w:t>
      </w:r>
      <w:r w:rsidR="007866B2">
        <w:rPr>
          <w:rFonts w:cs="Times New Roman"/>
          <w:sz w:val="24"/>
          <w:szCs w:val="24"/>
        </w:rPr>
        <w:t xml:space="preserve"> i 45/26.</w:t>
      </w:r>
      <w:r w:rsidRPr="003667DF">
        <w:rPr>
          <w:rFonts w:cs="Times New Roman"/>
          <w:sz w:val="24"/>
          <w:szCs w:val="24"/>
        </w:rPr>
        <w:t xml:space="preserve">), </w:t>
      </w:r>
      <w:proofErr w:type="spellStart"/>
      <w:r w:rsidRPr="003667DF">
        <w:rPr>
          <w:rFonts w:cs="Times New Roman"/>
          <w:sz w:val="24"/>
          <w:szCs w:val="24"/>
        </w:rPr>
        <w:t>koja</w:t>
      </w:r>
      <w:proofErr w:type="spellEnd"/>
      <w:r w:rsidRPr="003667DF">
        <w:rPr>
          <w:rFonts w:cs="Times New Roman"/>
          <w:sz w:val="24"/>
          <w:szCs w:val="24"/>
        </w:rPr>
        <w:t xml:space="preserve"> se </w:t>
      </w:r>
      <w:proofErr w:type="spellStart"/>
      <w:r w:rsidRPr="003667DF">
        <w:rPr>
          <w:rFonts w:cs="Times New Roman"/>
          <w:sz w:val="24"/>
          <w:szCs w:val="24"/>
        </w:rPr>
        <w:t>sukladno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članku</w:t>
      </w:r>
      <w:proofErr w:type="spellEnd"/>
      <w:r w:rsidRPr="003667DF">
        <w:rPr>
          <w:rFonts w:cs="Times New Roman"/>
          <w:sz w:val="24"/>
          <w:szCs w:val="24"/>
        </w:rPr>
        <w:t xml:space="preserve"> 46. </w:t>
      </w:r>
      <w:proofErr w:type="spellStart"/>
      <w:r w:rsidRPr="003667DF">
        <w:rPr>
          <w:rFonts w:cs="Times New Roman"/>
          <w:sz w:val="24"/>
          <w:szCs w:val="24"/>
        </w:rPr>
        <w:t>stavku</w:t>
      </w:r>
      <w:proofErr w:type="spellEnd"/>
      <w:r w:rsidRPr="003667DF">
        <w:rPr>
          <w:rFonts w:cs="Times New Roman"/>
          <w:sz w:val="24"/>
          <w:szCs w:val="24"/>
        </w:rPr>
        <w:t xml:space="preserve"> 6. </w:t>
      </w:r>
      <w:proofErr w:type="spellStart"/>
      <w:r w:rsidRPr="003667DF">
        <w:rPr>
          <w:rFonts w:cs="Times New Roman"/>
          <w:sz w:val="24"/>
          <w:szCs w:val="24"/>
        </w:rPr>
        <w:t>Zakona</w:t>
      </w:r>
      <w:proofErr w:type="spellEnd"/>
      <w:r w:rsidRPr="003667DF">
        <w:rPr>
          <w:rFonts w:cs="Times New Roman"/>
          <w:sz w:val="24"/>
          <w:szCs w:val="24"/>
        </w:rPr>
        <w:t xml:space="preserve"> o </w:t>
      </w:r>
      <w:proofErr w:type="spellStart"/>
      <w:r w:rsidRPr="003667DF">
        <w:rPr>
          <w:rFonts w:cs="Times New Roman"/>
          <w:sz w:val="24"/>
          <w:szCs w:val="24"/>
        </w:rPr>
        <w:t>regionalnom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razvoju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Republike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Hrvatske</w:t>
      </w:r>
      <w:proofErr w:type="spellEnd"/>
      <w:r w:rsidRPr="003667DF">
        <w:rPr>
          <w:rFonts w:cs="Times New Roman"/>
          <w:sz w:val="24"/>
          <w:szCs w:val="24"/>
        </w:rPr>
        <w:t xml:space="preserve"> („</w:t>
      </w:r>
      <w:proofErr w:type="spellStart"/>
      <w:r w:rsidRPr="003667DF">
        <w:rPr>
          <w:rFonts w:cs="Times New Roman"/>
          <w:sz w:val="24"/>
          <w:szCs w:val="24"/>
        </w:rPr>
        <w:t>Narodne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gramStart"/>
      <w:r w:rsidRPr="003667DF">
        <w:rPr>
          <w:rFonts w:cs="Times New Roman"/>
          <w:sz w:val="24"/>
          <w:szCs w:val="24"/>
        </w:rPr>
        <w:t xml:space="preserve">novine“ </w:t>
      </w:r>
      <w:proofErr w:type="spellStart"/>
      <w:r w:rsidRPr="003667DF">
        <w:rPr>
          <w:rFonts w:cs="Times New Roman"/>
          <w:sz w:val="24"/>
          <w:szCs w:val="24"/>
        </w:rPr>
        <w:t>broj</w:t>
      </w:r>
      <w:proofErr w:type="spellEnd"/>
      <w:proofErr w:type="gramEnd"/>
      <w:r w:rsidRPr="003667DF">
        <w:rPr>
          <w:rFonts w:cs="Times New Roman"/>
          <w:sz w:val="24"/>
          <w:szCs w:val="24"/>
        </w:rPr>
        <w:t xml:space="preserve"> 45/26.) </w:t>
      </w:r>
      <w:proofErr w:type="spellStart"/>
      <w:r w:rsidRPr="003667DF">
        <w:rPr>
          <w:rFonts w:cs="Times New Roman"/>
          <w:sz w:val="24"/>
          <w:szCs w:val="24"/>
        </w:rPr>
        <w:t>primjenjuje</w:t>
      </w:r>
      <w:proofErr w:type="spellEnd"/>
      <w:r w:rsidRPr="003667DF">
        <w:rPr>
          <w:rFonts w:cs="Times New Roman"/>
          <w:sz w:val="24"/>
          <w:szCs w:val="24"/>
        </w:rPr>
        <w:t xml:space="preserve"> do </w:t>
      </w:r>
      <w:proofErr w:type="spellStart"/>
      <w:r w:rsidRPr="003667DF">
        <w:rPr>
          <w:rFonts w:cs="Times New Roman"/>
          <w:sz w:val="24"/>
          <w:szCs w:val="24"/>
        </w:rPr>
        <w:t>stupanja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snagu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nove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odluke</w:t>
      </w:r>
      <w:proofErr w:type="spellEnd"/>
      <w:r w:rsidRPr="003667DF">
        <w:rPr>
          <w:rFonts w:cs="Times New Roman"/>
          <w:sz w:val="24"/>
          <w:szCs w:val="24"/>
        </w:rPr>
        <w:t xml:space="preserve"> o </w:t>
      </w:r>
      <w:proofErr w:type="spellStart"/>
      <w:r w:rsidRPr="003667DF">
        <w:rPr>
          <w:rFonts w:cs="Times New Roman"/>
          <w:sz w:val="24"/>
          <w:szCs w:val="24"/>
        </w:rPr>
        <w:t>razvrstavanju</w:t>
      </w:r>
      <w:proofErr w:type="spellEnd"/>
      <w:r w:rsidRPr="003667DF">
        <w:rPr>
          <w:rFonts w:cs="Times New Roman"/>
          <w:sz w:val="24"/>
          <w:szCs w:val="24"/>
        </w:rPr>
        <w:t xml:space="preserve">, </w:t>
      </w:r>
      <w:proofErr w:type="spellStart"/>
      <w:r w:rsidRPr="003667DF">
        <w:rPr>
          <w:rFonts w:cs="Times New Roman"/>
          <w:sz w:val="24"/>
          <w:szCs w:val="24"/>
        </w:rPr>
        <w:t>jedinice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lokalne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samouprave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razvrstane</w:t>
      </w:r>
      <w:proofErr w:type="spellEnd"/>
      <w:r w:rsidRPr="003667DF">
        <w:rPr>
          <w:rFonts w:cs="Times New Roman"/>
          <w:sz w:val="24"/>
          <w:szCs w:val="24"/>
        </w:rPr>
        <w:t xml:space="preserve"> u </w:t>
      </w:r>
      <w:proofErr w:type="spellStart"/>
      <w:r w:rsidRPr="003667DF">
        <w:rPr>
          <w:rFonts w:cs="Times New Roman"/>
          <w:sz w:val="24"/>
          <w:szCs w:val="24"/>
        </w:rPr>
        <w:t>razvojne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skupine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prema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indeksu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razvijenosti</w:t>
      </w:r>
      <w:proofErr w:type="spellEnd"/>
      <w:r w:rsidRPr="003667DF">
        <w:rPr>
          <w:rFonts w:cs="Times New Roman"/>
          <w:sz w:val="24"/>
          <w:szCs w:val="24"/>
        </w:rPr>
        <w:t xml:space="preserve"> od I. do IV. </w:t>
      </w:r>
      <w:proofErr w:type="spellStart"/>
      <w:r w:rsidRPr="003667DF">
        <w:rPr>
          <w:rFonts w:cs="Times New Roman"/>
          <w:sz w:val="24"/>
          <w:szCs w:val="24"/>
        </w:rPr>
        <w:t>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području</w:t>
      </w:r>
      <w:proofErr w:type="spellEnd"/>
      <w:r w:rsidRPr="003667DF">
        <w:rPr>
          <w:rFonts w:cs="Times New Roman"/>
          <w:sz w:val="24"/>
          <w:szCs w:val="24"/>
        </w:rPr>
        <w:t xml:space="preserve"> Koprivničko-križevačke županije </w:t>
      </w:r>
      <w:proofErr w:type="spellStart"/>
      <w:r w:rsidRPr="003667DF">
        <w:rPr>
          <w:rFonts w:cs="Times New Roman"/>
          <w:sz w:val="24"/>
          <w:szCs w:val="24"/>
        </w:rPr>
        <w:t>su</w:t>
      </w:r>
      <w:proofErr w:type="spellEnd"/>
      <w:r w:rsidRPr="003667DF">
        <w:rPr>
          <w:rFonts w:cs="Times New Roman"/>
          <w:sz w:val="24"/>
          <w:szCs w:val="24"/>
        </w:rPr>
        <w:t>:</w:t>
      </w:r>
    </w:p>
    <w:p w14:paraId="253FFE06" w14:textId="77777777" w:rsidR="003667DF" w:rsidRDefault="003667DF" w:rsidP="003667D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0D018BD8" w14:textId="77777777" w:rsidR="003667DF" w:rsidRPr="003667DF" w:rsidRDefault="003667DF" w:rsidP="003667D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tbl>
      <w:tblPr>
        <w:tblW w:w="90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1"/>
        <w:gridCol w:w="1919"/>
        <w:gridCol w:w="3842"/>
        <w:gridCol w:w="850"/>
      </w:tblGrid>
      <w:tr w:rsidR="00FB4A5B" w:rsidRPr="003667DF" w14:paraId="591C047C" w14:textId="77777777" w:rsidTr="00FB4A5B">
        <w:trPr>
          <w:trHeight w:val="58"/>
          <w:jc w:val="center"/>
        </w:trPr>
        <w:tc>
          <w:tcPr>
            <w:tcW w:w="246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CB9CA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0A2A43C2" w14:textId="5368E06D" w:rsidR="00FB4A5B" w:rsidRPr="003667DF" w:rsidRDefault="00285394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bookmarkStart w:id="0" w:name="_Hlk182468869"/>
            <w:r>
              <w:rPr>
                <w:rFonts w:eastAsia="Times New Roman" w:cs="Times New Roman"/>
                <w:b/>
                <w:bCs/>
                <w:color w:val="FFFFFF"/>
                <w:kern w:val="24"/>
                <w:sz w:val="20"/>
                <w:szCs w:val="20"/>
                <w:lang w:eastAsia="hr-HR"/>
              </w:rPr>
              <w:t>JEDINICA LOKALNE SAMOUPRAVE</w:t>
            </w:r>
          </w:p>
        </w:tc>
        <w:tc>
          <w:tcPr>
            <w:tcW w:w="6611" w:type="dxa"/>
            <w:gridSpan w:val="3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ACB9CA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127622A6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3667DF">
              <w:rPr>
                <w:rFonts w:eastAsia="Times New Roman" w:cs="Times New Roman"/>
                <w:b/>
                <w:bCs/>
                <w:color w:val="FFFFFF"/>
                <w:kern w:val="24"/>
                <w:sz w:val="20"/>
                <w:szCs w:val="20"/>
                <w:lang w:eastAsia="hr-HR"/>
              </w:rPr>
              <w:t>INDEKS RAZVIJENOSTI I SKUPINE</w:t>
            </w:r>
          </w:p>
        </w:tc>
      </w:tr>
      <w:tr w:rsidR="00FB4A5B" w:rsidRPr="003667DF" w14:paraId="522BCFC9" w14:textId="77777777" w:rsidTr="00FB4A5B">
        <w:trPr>
          <w:trHeight w:val="65"/>
          <w:jc w:val="center"/>
        </w:trPr>
        <w:tc>
          <w:tcPr>
            <w:tcW w:w="2461" w:type="dxa"/>
            <w:vMerge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E4DC25" w14:textId="77777777" w:rsidR="00FB4A5B" w:rsidRPr="003667DF" w:rsidRDefault="00FB4A5B" w:rsidP="003667DF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CB9CA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40DE3BC7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3667DF">
              <w:rPr>
                <w:rFonts w:eastAsia="Times New Roman" w:cs="Times New Roman"/>
                <w:b/>
                <w:bCs/>
                <w:color w:val="FFFFFF"/>
                <w:kern w:val="24"/>
                <w:sz w:val="20"/>
                <w:szCs w:val="20"/>
                <w:lang w:eastAsia="hr-HR"/>
              </w:rPr>
              <w:t>INDEKS RAZVIJENOSTI</w:t>
            </w:r>
          </w:p>
        </w:tc>
        <w:tc>
          <w:tcPr>
            <w:tcW w:w="46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ACB9CA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28A80DF2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3667DF">
              <w:rPr>
                <w:rFonts w:eastAsia="Times New Roman" w:cs="Times New Roman"/>
                <w:b/>
                <w:bCs/>
                <w:color w:val="FFFFFF"/>
                <w:kern w:val="24"/>
                <w:sz w:val="20"/>
                <w:szCs w:val="20"/>
                <w:lang w:eastAsia="hr-HR"/>
              </w:rPr>
              <w:t>RAZVOJNE SKUPINE</w:t>
            </w:r>
          </w:p>
        </w:tc>
        <w:bookmarkEnd w:id="0"/>
      </w:tr>
      <w:tr w:rsidR="00FB4A5B" w:rsidRPr="003667DF" w14:paraId="4CAF3362" w14:textId="77777777" w:rsidTr="00FB4A5B">
        <w:trPr>
          <w:trHeight w:val="58"/>
          <w:jc w:val="center"/>
        </w:trPr>
        <w:tc>
          <w:tcPr>
            <w:tcW w:w="246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8F9FB1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75CF27CF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Kloštar</w:t>
            </w:r>
            <w:proofErr w:type="spellEnd"/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 xml:space="preserve"> Podravski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9FB1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27372F94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94,313%</w:t>
            </w: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9FB1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0B291284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treća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četvrtina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ispodprosječno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rangiranih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8F9FB1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41B80BF3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II.</w:t>
            </w:r>
          </w:p>
        </w:tc>
      </w:tr>
      <w:tr w:rsidR="00FB4A5B" w:rsidRPr="003667DF" w14:paraId="6255A5F1" w14:textId="77777777" w:rsidTr="00FB4A5B">
        <w:trPr>
          <w:trHeight w:val="58"/>
          <w:jc w:val="center"/>
        </w:trPr>
        <w:tc>
          <w:tcPr>
            <w:tcW w:w="246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8F9FB1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</w:tcPr>
          <w:p w14:paraId="785302BA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Sokolovac</w:t>
            </w:r>
            <w:proofErr w:type="spellEnd"/>
          </w:p>
          <w:p w14:paraId="239C8864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9FB1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472930AE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94,148%</w:t>
            </w: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F9FB1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123D6093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treća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četvrtina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ispodprosječno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rangiranih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8F9FB1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57AEA751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II.</w:t>
            </w:r>
          </w:p>
        </w:tc>
      </w:tr>
      <w:tr w:rsidR="00FB4A5B" w:rsidRPr="003667DF" w14:paraId="12B8721A" w14:textId="77777777" w:rsidTr="00FB4A5B">
        <w:trPr>
          <w:trHeight w:val="59"/>
          <w:jc w:val="center"/>
        </w:trPr>
        <w:tc>
          <w:tcPr>
            <w:tcW w:w="246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</w:tcPr>
          <w:p w14:paraId="0ACBEE63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</w:p>
          <w:p w14:paraId="4C850BA7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Ferdinandovac</w:t>
            </w:r>
            <w:proofErr w:type="spellEnd"/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271CEEA5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96,664%</w:t>
            </w: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1BFBF5C7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druga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četvrtina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ispodprosječno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rangiranih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2C1091DC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III.</w:t>
            </w:r>
          </w:p>
        </w:tc>
      </w:tr>
      <w:tr w:rsidR="00FB4A5B" w:rsidRPr="003667DF" w14:paraId="6571FF2F" w14:textId="77777777" w:rsidTr="00FB4A5B">
        <w:trPr>
          <w:trHeight w:val="59"/>
          <w:jc w:val="center"/>
        </w:trPr>
        <w:tc>
          <w:tcPr>
            <w:tcW w:w="246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</w:tcPr>
          <w:p w14:paraId="48FE065E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</w:p>
          <w:p w14:paraId="54472375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Gornja Rijeka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48281B24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95,878%</w:t>
            </w: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45A61389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druga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četvrtina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ispodprosječno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rangiranih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0F485859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III.</w:t>
            </w:r>
          </w:p>
        </w:tc>
      </w:tr>
      <w:tr w:rsidR="00FB4A5B" w:rsidRPr="003667DF" w14:paraId="64F55FC9" w14:textId="77777777" w:rsidTr="00FB4A5B">
        <w:trPr>
          <w:trHeight w:val="59"/>
          <w:jc w:val="center"/>
        </w:trPr>
        <w:tc>
          <w:tcPr>
            <w:tcW w:w="246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61579865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Koprivnički</w:t>
            </w:r>
            <w:proofErr w:type="spellEnd"/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Bregi</w:t>
            </w:r>
            <w:proofErr w:type="spellEnd"/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787E513A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97,123%</w:t>
            </w: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20FF058C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druga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četvrtina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ispodprosječno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rangiranih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72849FDA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III.</w:t>
            </w:r>
          </w:p>
        </w:tc>
      </w:tr>
      <w:tr w:rsidR="00FB4A5B" w:rsidRPr="003667DF" w14:paraId="53AD5216" w14:textId="77777777" w:rsidTr="00FB4A5B">
        <w:trPr>
          <w:trHeight w:val="59"/>
          <w:jc w:val="center"/>
        </w:trPr>
        <w:tc>
          <w:tcPr>
            <w:tcW w:w="246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</w:tcPr>
          <w:p w14:paraId="346889F2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</w:p>
          <w:p w14:paraId="2980E048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Legrad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5028FC0D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97,380%</w:t>
            </w: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4F5A6D04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druga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četvrtina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ispodprosječno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rangiranih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5B151AAD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III.</w:t>
            </w:r>
          </w:p>
        </w:tc>
      </w:tr>
      <w:tr w:rsidR="00FB4A5B" w:rsidRPr="003667DF" w14:paraId="45B705CB" w14:textId="77777777" w:rsidTr="00FB4A5B">
        <w:trPr>
          <w:trHeight w:val="59"/>
          <w:jc w:val="center"/>
        </w:trPr>
        <w:tc>
          <w:tcPr>
            <w:tcW w:w="246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</w:tcPr>
          <w:p w14:paraId="3B32FDC5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</w:p>
          <w:p w14:paraId="2E3E37FF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Novigrad Podravski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23F70BC7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97,314%</w:t>
            </w: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578B9879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druga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četvrtina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ispodprosječno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rangiranih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2165493A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III.</w:t>
            </w:r>
          </w:p>
        </w:tc>
      </w:tr>
      <w:tr w:rsidR="00FB4A5B" w:rsidRPr="003667DF" w14:paraId="2E03121E" w14:textId="77777777" w:rsidTr="00FB4A5B">
        <w:trPr>
          <w:trHeight w:val="59"/>
          <w:jc w:val="center"/>
        </w:trPr>
        <w:tc>
          <w:tcPr>
            <w:tcW w:w="246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</w:tcPr>
          <w:p w14:paraId="196620C7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</w:p>
          <w:p w14:paraId="7E043892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 xml:space="preserve">Novo </w:t>
            </w:r>
            <w:proofErr w:type="spellStart"/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Virje</w:t>
            </w:r>
            <w:proofErr w:type="spellEnd"/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02FB47C8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95,862%</w:t>
            </w: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7CFD782D" w14:textId="4C2C6C54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druga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četvrtina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ispodprosječno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rangir</w:t>
            </w:r>
            <w:r w:rsidR="00E14FA9">
              <w:rPr>
                <w:rFonts w:eastAsia="Times New Roman" w:cs="Times New Roman"/>
                <w:sz w:val="20"/>
                <w:szCs w:val="20"/>
                <w:lang w:eastAsia="hr-HR"/>
              </w:rPr>
              <w:t>a</w:t>
            </w:r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nih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22F86338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III.</w:t>
            </w:r>
          </w:p>
        </w:tc>
      </w:tr>
      <w:tr w:rsidR="00FB4A5B" w:rsidRPr="003667DF" w14:paraId="0B62654E" w14:textId="77777777" w:rsidTr="00FB4A5B">
        <w:trPr>
          <w:trHeight w:val="59"/>
          <w:jc w:val="center"/>
        </w:trPr>
        <w:tc>
          <w:tcPr>
            <w:tcW w:w="246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46DADA45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Peteranec</w:t>
            </w:r>
            <w:proofErr w:type="spellEnd"/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54F46CF2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97,190%</w:t>
            </w: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40045EA0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druga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četvrtina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ispodprosječno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rangiranih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02AEEA62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III.</w:t>
            </w:r>
          </w:p>
        </w:tc>
      </w:tr>
      <w:tr w:rsidR="00FB4A5B" w:rsidRPr="003667DF" w14:paraId="4002F4F2" w14:textId="77777777" w:rsidTr="00FB4A5B">
        <w:trPr>
          <w:trHeight w:val="59"/>
          <w:jc w:val="center"/>
        </w:trPr>
        <w:tc>
          <w:tcPr>
            <w:tcW w:w="246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</w:tcPr>
          <w:p w14:paraId="58D5218D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</w:p>
          <w:p w14:paraId="0375023F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Rasinja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3AE3E1E2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95,516%</w:t>
            </w: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535D8161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druga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četvrtina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ispodprosječno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rangiranih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45393DC1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III.</w:t>
            </w:r>
          </w:p>
        </w:tc>
      </w:tr>
      <w:tr w:rsidR="00FB4A5B" w:rsidRPr="003667DF" w14:paraId="455B4569" w14:textId="77777777" w:rsidTr="00FB4A5B">
        <w:trPr>
          <w:trHeight w:val="59"/>
          <w:jc w:val="center"/>
        </w:trPr>
        <w:tc>
          <w:tcPr>
            <w:tcW w:w="246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4C7BCDF7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 xml:space="preserve">Sveti Ivan </w:t>
            </w:r>
            <w:proofErr w:type="spellStart"/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Žabno</w:t>
            </w:r>
            <w:proofErr w:type="spellEnd"/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449965B4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96,816%</w:t>
            </w: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4BDF9696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druga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četvrtina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ispodprosječno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rangiranih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5BA0DD6B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III.</w:t>
            </w:r>
          </w:p>
        </w:tc>
      </w:tr>
      <w:tr w:rsidR="00FB4A5B" w:rsidRPr="003667DF" w14:paraId="7394B967" w14:textId="77777777" w:rsidTr="00FB4A5B">
        <w:trPr>
          <w:trHeight w:val="59"/>
          <w:jc w:val="center"/>
        </w:trPr>
        <w:tc>
          <w:tcPr>
            <w:tcW w:w="246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5982AA6E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 xml:space="preserve">Sveti Petar </w:t>
            </w:r>
            <w:proofErr w:type="spellStart"/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Orehovec</w:t>
            </w:r>
            <w:proofErr w:type="spellEnd"/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04D11D46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95,812%</w:t>
            </w: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655CBBB4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druga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četvrtina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ispodprosječno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rangiranih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B8CCE4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3199C7DA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III.</w:t>
            </w:r>
          </w:p>
        </w:tc>
      </w:tr>
      <w:tr w:rsidR="00FB4A5B" w:rsidRPr="003667DF" w14:paraId="6C94FA7A" w14:textId="77777777" w:rsidTr="00FB4A5B">
        <w:trPr>
          <w:trHeight w:val="36"/>
          <w:jc w:val="center"/>
        </w:trPr>
        <w:tc>
          <w:tcPr>
            <w:tcW w:w="2461" w:type="dxa"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6A6A6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2B99A200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Drnje</w:t>
            </w:r>
            <w:proofErr w:type="spellEnd"/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6A6A6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3FE89DF6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99,202%</w:t>
            </w: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6A6A6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5A00B68A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prva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četvrtina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ispodprosječno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rangiranih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12" w:space="0" w:color="auto"/>
            </w:tcBorders>
            <w:shd w:val="clear" w:color="auto" w:fill="A6A6A6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</w:tcPr>
          <w:p w14:paraId="6867B39B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IV.</w:t>
            </w:r>
          </w:p>
          <w:p w14:paraId="6D623B97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</w:p>
        </w:tc>
      </w:tr>
      <w:tr w:rsidR="00FB4A5B" w:rsidRPr="003667DF" w14:paraId="2B3AB969" w14:textId="77777777" w:rsidTr="00FB4A5B">
        <w:trPr>
          <w:trHeight w:val="77"/>
          <w:jc w:val="center"/>
        </w:trPr>
        <w:tc>
          <w:tcPr>
            <w:tcW w:w="2461" w:type="dxa"/>
            <w:tcBorders>
              <w:top w:val="single" w:sz="4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2A5A0672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Đelekovec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5AB5FB16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98,780%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126E5343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prva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četvrtina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ispodprosječno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rangiranih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A6A6A6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2D7CE3C5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IV.</w:t>
            </w:r>
          </w:p>
        </w:tc>
      </w:tr>
      <w:tr w:rsidR="00FB4A5B" w:rsidRPr="003667DF" w14:paraId="69E274EC" w14:textId="77777777" w:rsidTr="00FB4A5B">
        <w:trPr>
          <w:trHeight w:val="36"/>
          <w:jc w:val="center"/>
        </w:trPr>
        <w:tc>
          <w:tcPr>
            <w:tcW w:w="2461" w:type="dxa"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6A6A6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06E7B782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 xml:space="preserve">Gola 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6A6A6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027798D9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98,560%</w:t>
            </w: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6A6A6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412F6D29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prva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četvrtina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ispodprosječno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rangiranih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12" w:space="0" w:color="auto"/>
            </w:tcBorders>
            <w:shd w:val="clear" w:color="auto" w:fill="A6A6A6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</w:tcPr>
          <w:p w14:paraId="537B9DCE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IV.</w:t>
            </w:r>
          </w:p>
          <w:p w14:paraId="4861C57F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</w:p>
        </w:tc>
      </w:tr>
      <w:tr w:rsidR="00FB4A5B" w:rsidRPr="003667DF" w14:paraId="7458E6AC" w14:textId="77777777" w:rsidTr="00FB4A5B">
        <w:trPr>
          <w:trHeight w:val="36"/>
          <w:jc w:val="center"/>
        </w:trPr>
        <w:tc>
          <w:tcPr>
            <w:tcW w:w="2461" w:type="dxa"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6A6A6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</w:tcPr>
          <w:p w14:paraId="2FAC6F22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Hlebine</w:t>
            </w:r>
          </w:p>
          <w:p w14:paraId="05302653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6A6A6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233AEFC2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97,505%</w:t>
            </w: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6A6A6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270CA265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prva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četvrtina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ispodprosječno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rangiranih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12" w:space="0" w:color="auto"/>
            </w:tcBorders>
            <w:shd w:val="clear" w:color="auto" w:fill="A6A6A6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2ABECA05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</w:pPr>
            <w:r w:rsidRPr="003667DF">
              <w:rPr>
                <w:rFonts w:eastAsia="Calibri" w:cs="Times New Roman"/>
                <w:color w:val="000000"/>
                <w:kern w:val="24"/>
                <w:sz w:val="20"/>
                <w:szCs w:val="20"/>
                <w:lang w:eastAsia="hr-HR"/>
              </w:rPr>
              <w:t>IV.</w:t>
            </w:r>
          </w:p>
        </w:tc>
      </w:tr>
      <w:tr w:rsidR="00FB4A5B" w:rsidRPr="003667DF" w14:paraId="777BC223" w14:textId="77777777" w:rsidTr="00FB4A5B">
        <w:trPr>
          <w:trHeight w:val="58"/>
          <w:jc w:val="center"/>
        </w:trPr>
        <w:tc>
          <w:tcPr>
            <w:tcW w:w="246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119651EB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Kalnik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4ED15A8B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98,353%</w:t>
            </w: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508B6CD9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prva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četvrtina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ispodprosječno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rangiranih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A6A6A6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</w:tcPr>
          <w:p w14:paraId="0FDB9F52" w14:textId="0AD45EF6" w:rsidR="00FB4A5B" w:rsidRPr="003667DF" w:rsidRDefault="00A83E63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I</w:t>
            </w:r>
            <w:r w:rsidR="00285394">
              <w:rPr>
                <w:rFonts w:eastAsia="Times New Roman" w:cs="Times New Roman"/>
                <w:sz w:val="20"/>
                <w:szCs w:val="20"/>
                <w:lang w:eastAsia="hr-HR"/>
              </w:rPr>
              <w:t>V</w:t>
            </w:r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.</w:t>
            </w:r>
          </w:p>
        </w:tc>
      </w:tr>
      <w:tr w:rsidR="00FB4A5B" w:rsidRPr="003667DF" w14:paraId="639FBCD2" w14:textId="77777777" w:rsidTr="00FB4A5B">
        <w:trPr>
          <w:trHeight w:val="81"/>
          <w:jc w:val="center"/>
        </w:trPr>
        <w:tc>
          <w:tcPr>
            <w:tcW w:w="246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61D39F24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Podravske Sesvete</w:t>
            </w:r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0E8D0D9C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97,770%</w:t>
            </w: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544FD1DE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prva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četvrtina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ispodprosječno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rangiranih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A6A6A6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15331455" w14:textId="77777777" w:rsidR="00FB4A5B" w:rsidRPr="003667DF" w:rsidRDefault="00FB4A5B" w:rsidP="003667DF">
            <w:pPr>
              <w:tabs>
                <w:tab w:val="left" w:pos="695"/>
              </w:tabs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IV.</w:t>
            </w:r>
          </w:p>
        </w:tc>
      </w:tr>
      <w:tr w:rsidR="00FB4A5B" w:rsidRPr="003667DF" w14:paraId="72D942E3" w14:textId="77777777" w:rsidTr="00FB4A5B">
        <w:trPr>
          <w:trHeight w:val="81"/>
          <w:jc w:val="center"/>
        </w:trPr>
        <w:tc>
          <w:tcPr>
            <w:tcW w:w="2461" w:type="dxa"/>
            <w:tcBorders>
              <w:top w:val="single" w:sz="8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</w:tcPr>
          <w:p w14:paraId="021BAA1F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</w:p>
          <w:p w14:paraId="7A5A14F7" w14:textId="77777777" w:rsidR="00FB4A5B" w:rsidRPr="003667DF" w:rsidRDefault="00FB4A5B" w:rsidP="003667DF">
            <w:pPr>
              <w:spacing w:after="0"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Virje</w:t>
            </w:r>
            <w:proofErr w:type="spellEnd"/>
          </w:p>
        </w:tc>
        <w:tc>
          <w:tcPr>
            <w:tcW w:w="1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6CE3404A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98,851%</w:t>
            </w:r>
          </w:p>
        </w:tc>
        <w:tc>
          <w:tcPr>
            <w:tcW w:w="3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652651B0" w14:textId="77777777" w:rsidR="00FB4A5B" w:rsidRPr="003667DF" w:rsidRDefault="00FB4A5B" w:rsidP="003667DF">
            <w:pPr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prva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četvrtina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ispodprosječno</w:t>
            </w:r>
            <w:proofErr w:type="spellEnd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 xml:space="preserve"> </w:t>
            </w:r>
            <w:proofErr w:type="spellStart"/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rangiranih</w:t>
            </w:r>
            <w:proofErr w:type="spellEnd"/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auto"/>
            </w:tcBorders>
            <w:shd w:val="clear" w:color="auto" w:fill="A6A6A6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  <w:hideMark/>
          </w:tcPr>
          <w:p w14:paraId="0A18C20E" w14:textId="77777777" w:rsidR="00FB4A5B" w:rsidRPr="003667DF" w:rsidRDefault="00FB4A5B" w:rsidP="003667DF">
            <w:pPr>
              <w:tabs>
                <w:tab w:val="left" w:pos="695"/>
              </w:tabs>
              <w:spacing w:after="0"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hr-HR"/>
              </w:rPr>
            </w:pPr>
            <w:r w:rsidRPr="003667DF">
              <w:rPr>
                <w:rFonts w:eastAsia="Times New Roman" w:cs="Times New Roman"/>
                <w:sz w:val="20"/>
                <w:szCs w:val="20"/>
                <w:lang w:eastAsia="hr-HR"/>
              </w:rPr>
              <w:t>IV.</w:t>
            </w:r>
          </w:p>
        </w:tc>
      </w:tr>
    </w:tbl>
    <w:p w14:paraId="7AA103F9" w14:textId="692E348A" w:rsidR="008E719E" w:rsidRDefault="00000000" w:rsidP="003667DF">
      <w:pPr>
        <w:spacing w:after="0" w:line="240" w:lineRule="auto"/>
        <w:jc w:val="both"/>
        <w:rPr>
          <w:rFonts w:cs="Times New Roman"/>
          <w:i/>
          <w:iCs/>
        </w:rPr>
      </w:pPr>
      <w:r w:rsidRPr="003667DF">
        <w:rPr>
          <w:rFonts w:cs="Times New Roman"/>
          <w:i/>
          <w:iCs/>
        </w:rPr>
        <w:t xml:space="preserve">Izvor: MRRFEU, </w:t>
      </w:r>
      <w:proofErr w:type="spellStart"/>
      <w:r w:rsidRPr="003667DF">
        <w:rPr>
          <w:rFonts w:cs="Times New Roman"/>
          <w:i/>
          <w:iCs/>
        </w:rPr>
        <w:t>Odluka</w:t>
      </w:r>
      <w:proofErr w:type="spellEnd"/>
      <w:r w:rsidRPr="003667DF">
        <w:rPr>
          <w:rFonts w:cs="Times New Roman"/>
          <w:i/>
          <w:iCs/>
        </w:rPr>
        <w:t xml:space="preserve"> o </w:t>
      </w:r>
      <w:proofErr w:type="spellStart"/>
      <w:r w:rsidRPr="003667DF">
        <w:rPr>
          <w:rFonts w:cs="Times New Roman"/>
          <w:i/>
          <w:iCs/>
        </w:rPr>
        <w:t>razvrstavanju</w:t>
      </w:r>
      <w:proofErr w:type="spellEnd"/>
      <w:r w:rsidRPr="003667DF">
        <w:rPr>
          <w:rFonts w:cs="Times New Roman"/>
          <w:i/>
          <w:iCs/>
        </w:rPr>
        <w:t xml:space="preserve"> </w:t>
      </w:r>
      <w:proofErr w:type="spellStart"/>
      <w:r w:rsidRPr="003667DF">
        <w:rPr>
          <w:rFonts w:cs="Times New Roman"/>
          <w:i/>
          <w:iCs/>
        </w:rPr>
        <w:t>jedinica</w:t>
      </w:r>
      <w:proofErr w:type="spellEnd"/>
      <w:r w:rsidRPr="003667DF">
        <w:rPr>
          <w:rFonts w:cs="Times New Roman"/>
          <w:i/>
          <w:iCs/>
        </w:rPr>
        <w:t xml:space="preserve"> </w:t>
      </w:r>
      <w:proofErr w:type="spellStart"/>
      <w:r w:rsidRPr="003667DF">
        <w:rPr>
          <w:rFonts w:cs="Times New Roman"/>
          <w:i/>
          <w:iCs/>
        </w:rPr>
        <w:t>lokalne</w:t>
      </w:r>
      <w:proofErr w:type="spellEnd"/>
      <w:r w:rsidRPr="003667DF">
        <w:rPr>
          <w:rFonts w:cs="Times New Roman"/>
          <w:i/>
          <w:iCs/>
        </w:rPr>
        <w:t xml:space="preserve"> </w:t>
      </w:r>
      <w:proofErr w:type="spellStart"/>
      <w:r w:rsidRPr="003667DF">
        <w:rPr>
          <w:rFonts w:cs="Times New Roman"/>
          <w:i/>
          <w:iCs/>
        </w:rPr>
        <w:t>i</w:t>
      </w:r>
      <w:proofErr w:type="spellEnd"/>
      <w:r w:rsidRPr="003667DF">
        <w:rPr>
          <w:rFonts w:cs="Times New Roman"/>
          <w:i/>
          <w:iCs/>
        </w:rPr>
        <w:t xml:space="preserve"> </w:t>
      </w:r>
      <w:proofErr w:type="spellStart"/>
      <w:r w:rsidRPr="003667DF">
        <w:rPr>
          <w:rFonts w:cs="Times New Roman"/>
          <w:i/>
          <w:iCs/>
        </w:rPr>
        <w:t>područne</w:t>
      </w:r>
      <w:proofErr w:type="spellEnd"/>
      <w:r w:rsidRPr="003667DF">
        <w:rPr>
          <w:rFonts w:cs="Times New Roman"/>
          <w:i/>
          <w:iCs/>
        </w:rPr>
        <w:t xml:space="preserve"> (</w:t>
      </w:r>
      <w:proofErr w:type="spellStart"/>
      <w:r w:rsidRPr="003667DF">
        <w:rPr>
          <w:rFonts w:cs="Times New Roman"/>
          <w:i/>
          <w:iCs/>
        </w:rPr>
        <w:t>regionalne</w:t>
      </w:r>
      <w:proofErr w:type="spellEnd"/>
      <w:r w:rsidRPr="003667DF">
        <w:rPr>
          <w:rFonts w:cs="Times New Roman"/>
          <w:i/>
          <w:iCs/>
        </w:rPr>
        <w:t xml:space="preserve">) </w:t>
      </w:r>
      <w:proofErr w:type="spellStart"/>
      <w:r w:rsidRPr="003667DF">
        <w:rPr>
          <w:rFonts w:cs="Times New Roman"/>
          <w:i/>
          <w:iCs/>
        </w:rPr>
        <w:t>samouprave</w:t>
      </w:r>
      <w:proofErr w:type="spellEnd"/>
      <w:r w:rsidRPr="003667DF">
        <w:rPr>
          <w:rFonts w:cs="Times New Roman"/>
          <w:i/>
          <w:iCs/>
        </w:rPr>
        <w:t xml:space="preserve"> </w:t>
      </w:r>
      <w:proofErr w:type="spellStart"/>
      <w:r w:rsidRPr="003667DF">
        <w:rPr>
          <w:rFonts w:cs="Times New Roman"/>
          <w:i/>
          <w:iCs/>
        </w:rPr>
        <w:t>prema</w:t>
      </w:r>
      <w:proofErr w:type="spellEnd"/>
      <w:r w:rsidRPr="003667DF">
        <w:rPr>
          <w:rFonts w:cs="Times New Roman"/>
          <w:i/>
          <w:iCs/>
        </w:rPr>
        <w:t xml:space="preserve"> </w:t>
      </w:r>
      <w:proofErr w:type="spellStart"/>
      <w:r w:rsidRPr="003667DF">
        <w:rPr>
          <w:rFonts w:cs="Times New Roman"/>
          <w:i/>
          <w:iCs/>
        </w:rPr>
        <w:t>stupnju</w:t>
      </w:r>
      <w:proofErr w:type="spellEnd"/>
      <w:r w:rsidRPr="003667DF">
        <w:rPr>
          <w:rFonts w:cs="Times New Roman"/>
          <w:i/>
          <w:iCs/>
        </w:rPr>
        <w:t xml:space="preserve"> </w:t>
      </w:r>
      <w:proofErr w:type="spellStart"/>
      <w:r w:rsidRPr="003667DF">
        <w:rPr>
          <w:rFonts w:cs="Times New Roman"/>
          <w:i/>
          <w:iCs/>
        </w:rPr>
        <w:t>razvijenosti</w:t>
      </w:r>
      <w:proofErr w:type="spellEnd"/>
      <w:r w:rsidRPr="003667DF">
        <w:rPr>
          <w:rFonts w:cs="Times New Roman"/>
          <w:i/>
          <w:iCs/>
        </w:rPr>
        <w:t xml:space="preserve"> („</w:t>
      </w:r>
      <w:proofErr w:type="spellStart"/>
      <w:r w:rsidRPr="003667DF">
        <w:rPr>
          <w:rFonts w:cs="Times New Roman"/>
          <w:i/>
          <w:iCs/>
        </w:rPr>
        <w:t>Narodne</w:t>
      </w:r>
      <w:proofErr w:type="spellEnd"/>
      <w:r w:rsidRPr="003667DF">
        <w:rPr>
          <w:rFonts w:cs="Times New Roman"/>
          <w:i/>
          <w:iCs/>
        </w:rPr>
        <w:t xml:space="preserve"> </w:t>
      </w:r>
      <w:proofErr w:type="gramStart"/>
      <w:r w:rsidRPr="003667DF">
        <w:rPr>
          <w:rFonts w:cs="Times New Roman"/>
          <w:i/>
          <w:iCs/>
        </w:rPr>
        <w:t xml:space="preserve">novine“ </w:t>
      </w:r>
      <w:proofErr w:type="spellStart"/>
      <w:r w:rsidRPr="003667DF">
        <w:rPr>
          <w:rFonts w:cs="Times New Roman"/>
          <w:i/>
          <w:iCs/>
        </w:rPr>
        <w:t>broj</w:t>
      </w:r>
      <w:proofErr w:type="spellEnd"/>
      <w:proofErr w:type="gramEnd"/>
      <w:r w:rsidRPr="003667DF">
        <w:rPr>
          <w:rFonts w:cs="Times New Roman"/>
          <w:i/>
          <w:iCs/>
        </w:rPr>
        <w:t xml:space="preserve"> 3/24.</w:t>
      </w:r>
      <w:r w:rsidR="007866B2">
        <w:rPr>
          <w:rFonts w:cs="Times New Roman"/>
          <w:i/>
          <w:iCs/>
        </w:rPr>
        <w:t xml:space="preserve"> i 45/26.</w:t>
      </w:r>
      <w:r w:rsidRPr="003667DF">
        <w:rPr>
          <w:rFonts w:cs="Times New Roman"/>
          <w:i/>
          <w:iCs/>
        </w:rPr>
        <w:t>).</w:t>
      </w:r>
    </w:p>
    <w:p w14:paraId="57CC5A09" w14:textId="77777777" w:rsidR="00DC7EA2" w:rsidRPr="003667DF" w:rsidRDefault="00DC7EA2" w:rsidP="003667DF">
      <w:pPr>
        <w:spacing w:after="0" w:line="240" w:lineRule="auto"/>
        <w:jc w:val="both"/>
        <w:rPr>
          <w:rFonts w:cs="Times New Roman"/>
          <w:i/>
          <w:iCs/>
        </w:rPr>
      </w:pPr>
    </w:p>
    <w:p w14:paraId="0E22517C" w14:textId="77777777" w:rsidR="008E719E" w:rsidRDefault="00000000" w:rsidP="003667DF">
      <w:pPr>
        <w:spacing w:after="0" w:line="240" w:lineRule="auto"/>
        <w:jc w:val="center"/>
        <w:rPr>
          <w:rFonts w:cs="Times New Roman"/>
          <w:bCs/>
          <w:sz w:val="24"/>
          <w:szCs w:val="24"/>
        </w:rPr>
      </w:pPr>
      <w:proofErr w:type="spellStart"/>
      <w:r w:rsidRPr="003667DF">
        <w:rPr>
          <w:rFonts w:cs="Times New Roman"/>
          <w:bCs/>
          <w:sz w:val="24"/>
          <w:szCs w:val="24"/>
        </w:rPr>
        <w:t>Članak</w:t>
      </w:r>
      <w:proofErr w:type="spellEnd"/>
      <w:r w:rsidRPr="003667DF">
        <w:rPr>
          <w:rFonts w:cs="Times New Roman"/>
          <w:bCs/>
          <w:sz w:val="24"/>
          <w:szCs w:val="24"/>
        </w:rPr>
        <w:t xml:space="preserve"> 5.</w:t>
      </w:r>
    </w:p>
    <w:p w14:paraId="3CF94269" w14:textId="77777777" w:rsidR="003667DF" w:rsidRPr="003667DF" w:rsidRDefault="003667DF" w:rsidP="003667DF">
      <w:pPr>
        <w:spacing w:after="0" w:line="240" w:lineRule="auto"/>
        <w:jc w:val="center"/>
        <w:rPr>
          <w:rFonts w:cs="Times New Roman"/>
          <w:bCs/>
          <w:sz w:val="24"/>
          <w:szCs w:val="24"/>
        </w:rPr>
      </w:pPr>
    </w:p>
    <w:p w14:paraId="559CB66C" w14:textId="52CB24B2" w:rsidR="008E719E" w:rsidRPr="003667DF" w:rsidRDefault="00000000" w:rsidP="003667DF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proofErr w:type="spellStart"/>
      <w:r w:rsidRPr="003667DF">
        <w:rPr>
          <w:rFonts w:cs="Times New Roman"/>
          <w:sz w:val="24"/>
          <w:szCs w:val="24"/>
        </w:rPr>
        <w:t>Područja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općina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pobrojanih</w:t>
      </w:r>
      <w:proofErr w:type="spellEnd"/>
      <w:r w:rsidRPr="003667DF">
        <w:rPr>
          <w:rFonts w:cs="Times New Roman"/>
          <w:sz w:val="24"/>
          <w:szCs w:val="24"/>
        </w:rPr>
        <w:t xml:space="preserve"> u </w:t>
      </w:r>
      <w:proofErr w:type="spellStart"/>
      <w:r w:rsidRPr="003667DF">
        <w:rPr>
          <w:rFonts w:cs="Times New Roman"/>
          <w:sz w:val="24"/>
          <w:szCs w:val="24"/>
        </w:rPr>
        <w:t>članku</w:t>
      </w:r>
      <w:proofErr w:type="spellEnd"/>
      <w:r w:rsidRPr="003667DF">
        <w:rPr>
          <w:rFonts w:cs="Times New Roman"/>
          <w:sz w:val="24"/>
          <w:szCs w:val="24"/>
        </w:rPr>
        <w:t xml:space="preserve"> 4. </w:t>
      </w:r>
      <w:proofErr w:type="spellStart"/>
      <w:r w:rsidRPr="003667DF">
        <w:rPr>
          <w:rFonts w:cs="Times New Roman"/>
          <w:sz w:val="24"/>
          <w:szCs w:val="24"/>
        </w:rPr>
        <w:t>ove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Odluke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smatraju</w:t>
      </w:r>
      <w:proofErr w:type="spellEnd"/>
      <w:r w:rsidRPr="003667DF">
        <w:rPr>
          <w:rFonts w:cs="Times New Roman"/>
          <w:sz w:val="24"/>
          <w:szCs w:val="24"/>
        </w:rPr>
        <w:t xml:space="preserve"> se </w:t>
      </w:r>
      <w:proofErr w:type="spellStart"/>
      <w:r w:rsidRPr="003667DF">
        <w:rPr>
          <w:rFonts w:cs="Times New Roman"/>
          <w:sz w:val="24"/>
          <w:szCs w:val="24"/>
        </w:rPr>
        <w:t>potpomognutim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područjima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te</w:t>
      </w:r>
      <w:proofErr w:type="spellEnd"/>
      <w:r w:rsidRPr="003667DF">
        <w:rPr>
          <w:rFonts w:cs="Times New Roman"/>
          <w:sz w:val="24"/>
          <w:szCs w:val="24"/>
        </w:rPr>
        <w:t xml:space="preserve"> se za </w:t>
      </w:r>
      <w:proofErr w:type="spellStart"/>
      <w:r w:rsidRPr="003667DF">
        <w:rPr>
          <w:rFonts w:cs="Times New Roman"/>
          <w:sz w:val="24"/>
          <w:szCs w:val="24"/>
        </w:rPr>
        <w:t>područje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tih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općina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određuje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turistička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pristojba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umanjena</w:t>
      </w:r>
      <w:proofErr w:type="spellEnd"/>
      <w:r w:rsidRPr="003667DF">
        <w:rPr>
          <w:rFonts w:cs="Times New Roman"/>
          <w:sz w:val="24"/>
          <w:szCs w:val="24"/>
        </w:rPr>
        <w:t xml:space="preserve"> za 30 % u </w:t>
      </w:r>
      <w:proofErr w:type="spellStart"/>
      <w:r w:rsidRPr="003667DF">
        <w:rPr>
          <w:rFonts w:cs="Times New Roman"/>
          <w:sz w:val="24"/>
          <w:szCs w:val="24"/>
        </w:rPr>
        <w:t>odnosu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najniže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iznose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turističke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pristojbe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propisane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člankom</w:t>
      </w:r>
      <w:proofErr w:type="spellEnd"/>
      <w:r w:rsidRPr="003667DF">
        <w:rPr>
          <w:rFonts w:cs="Times New Roman"/>
          <w:sz w:val="24"/>
          <w:szCs w:val="24"/>
        </w:rPr>
        <w:t xml:space="preserve"> 2. </w:t>
      </w:r>
      <w:proofErr w:type="spellStart"/>
      <w:r w:rsidRPr="003667DF">
        <w:rPr>
          <w:rFonts w:cs="Times New Roman"/>
          <w:sz w:val="24"/>
          <w:szCs w:val="24"/>
        </w:rPr>
        <w:t>Pravilnika</w:t>
      </w:r>
      <w:proofErr w:type="spellEnd"/>
      <w:r w:rsidRPr="003667DF">
        <w:rPr>
          <w:rFonts w:cs="Times New Roman"/>
          <w:sz w:val="24"/>
          <w:szCs w:val="24"/>
        </w:rPr>
        <w:t xml:space="preserve"> o </w:t>
      </w:r>
      <w:proofErr w:type="spellStart"/>
      <w:r w:rsidRPr="003667DF">
        <w:rPr>
          <w:rFonts w:cs="Times New Roman"/>
          <w:sz w:val="24"/>
          <w:szCs w:val="24"/>
        </w:rPr>
        <w:t>najnižem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najvišem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iznosu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turističke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pristojbe</w:t>
      </w:r>
      <w:proofErr w:type="spellEnd"/>
      <w:r w:rsidRPr="003667DF">
        <w:rPr>
          <w:rFonts w:cs="Times New Roman"/>
          <w:sz w:val="24"/>
          <w:szCs w:val="24"/>
        </w:rPr>
        <w:t xml:space="preserve"> („</w:t>
      </w:r>
      <w:proofErr w:type="spellStart"/>
      <w:r w:rsidRPr="003667DF">
        <w:rPr>
          <w:rFonts w:cs="Times New Roman"/>
          <w:sz w:val="24"/>
          <w:szCs w:val="24"/>
        </w:rPr>
        <w:t>Narodne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gramStart"/>
      <w:r w:rsidRPr="003667DF">
        <w:rPr>
          <w:rFonts w:cs="Times New Roman"/>
          <w:sz w:val="24"/>
          <w:szCs w:val="24"/>
        </w:rPr>
        <w:t xml:space="preserve">novine“ </w:t>
      </w:r>
      <w:proofErr w:type="spellStart"/>
      <w:r w:rsidRPr="003667DF">
        <w:rPr>
          <w:rFonts w:cs="Times New Roman"/>
          <w:sz w:val="24"/>
          <w:szCs w:val="24"/>
        </w:rPr>
        <w:t>broj</w:t>
      </w:r>
      <w:proofErr w:type="spellEnd"/>
      <w:proofErr w:type="gramEnd"/>
      <w:r w:rsidRPr="003667DF">
        <w:rPr>
          <w:rFonts w:cs="Times New Roman"/>
          <w:sz w:val="24"/>
          <w:szCs w:val="24"/>
        </w:rPr>
        <w:t xml:space="preserve"> 71/19.)</w:t>
      </w:r>
      <w:r w:rsidR="00E46BC9" w:rsidRPr="003667DF">
        <w:rPr>
          <w:rFonts w:cs="Times New Roman"/>
          <w:sz w:val="24"/>
          <w:szCs w:val="24"/>
        </w:rPr>
        <w:t>.</w:t>
      </w:r>
    </w:p>
    <w:p w14:paraId="77E96FA7" w14:textId="77777777" w:rsidR="003667DF" w:rsidRDefault="003667DF" w:rsidP="003667D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780F25CC" w14:textId="2300FCA8" w:rsidR="008E719E" w:rsidRPr="003667DF" w:rsidRDefault="00000000" w:rsidP="003667DF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proofErr w:type="spellStart"/>
      <w:r w:rsidRPr="003667DF">
        <w:rPr>
          <w:rFonts w:cs="Times New Roman"/>
          <w:sz w:val="24"/>
          <w:szCs w:val="24"/>
        </w:rPr>
        <w:t>Turistička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pristojba</w:t>
      </w:r>
      <w:proofErr w:type="spellEnd"/>
      <w:r w:rsidRPr="003667DF">
        <w:rPr>
          <w:rFonts w:cs="Times New Roman"/>
          <w:sz w:val="24"/>
          <w:szCs w:val="24"/>
        </w:rPr>
        <w:t xml:space="preserve"> za </w:t>
      </w:r>
      <w:proofErr w:type="spellStart"/>
      <w:r w:rsidRPr="003667DF">
        <w:rPr>
          <w:rFonts w:cs="Times New Roman"/>
          <w:sz w:val="24"/>
          <w:szCs w:val="24"/>
        </w:rPr>
        <w:t>osobe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koje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koriste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uslugu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noćenja</w:t>
      </w:r>
      <w:proofErr w:type="spellEnd"/>
      <w:r w:rsidRPr="003667DF">
        <w:rPr>
          <w:rFonts w:cs="Times New Roman"/>
          <w:sz w:val="24"/>
          <w:szCs w:val="24"/>
        </w:rPr>
        <w:t xml:space="preserve"> u </w:t>
      </w:r>
      <w:proofErr w:type="spellStart"/>
      <w:r w:rsidRPr="003667DF">
        <w:rPr>
          <w:rFonts w:cs="Times New Roman"/>
          <w:sz w:val="24"/>
          <w:szCs w:val="24"/>
        </w:rPr>
        <w:t>smještajnom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objektu</w:t>
      </w:r>
      <w:proofErr w:type="spellEnd"/>
      <w:r w:rsidRPr="003667DF">
        <w:rPr>
          <w:rFonts w:cs="Times New Roman"/>
          <w:sz w:val="24"/>
          <w:szCs w:val="24"/>
        </w:rPr>
        <w:t xml:space="preserve"> u </w:t>
      </w:r>
      <w:proofErr w:type="spellStart"/>
      <w:r w:rsidRPr="003667DF">
        <w:rPr>
          <w:rFonts w:cs="Times New Roman"/>
          <w:sz w:val="24"/>
          <w:szCs w:val="24"/>
        </w:rPr>
        <w:t>kojem</w:t>
      </w:r>
      <w:proofErr w:type="spellEnd"/>
      <w:r w:rsidRPr="003667DF">
        <w:rPr>
          <w:rFonts w:cs="Times New Roman"/>
          <w:sz w:val="24"/>
          <w:szCs w:val="24"/>
        </w:rPr>
        <w:t xml:space="preserve"> se </w:t>
      </w:r>
      <w:proofErr w:type="spellStart"/>
      <w:r w:rsidRPr="003667DF">
        <w:rPr>
          <w:rFonts w:cs="Times New Roman"/>
          <w:sz w:val="24"/>
          <w:szCs w:val="24"/>
        </w:rPr>
        <w:t>obavlja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ugostiteljska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djelatnost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iznosi</w:t>
      </w:r>
      <w:proofErr w:type="spellEnd"/>
      <w:r w:rsidRPr="003667DF">
        <w:rPr>
          <w:rFonts w:cs="Times New Roman"/>
          <w:sz w:val="24"/>
          <w:szCs w:val="24"/>
        </w:rPr>
        <w:t xml:space="preserve"> 0,93 </w:t>
      </w:r>
      <w:proofErr w:type="spellStart"/>
      <w:r w:rsidRPr="003667DF">
        <w:rPr>
          <w:rFonts w:cs="Times New Roman"/>
          <w:sz w:val="24"/>
          <w:szCs w:val="24"/>
        </w:rPr>
        <w:t>eura</w:t>
      </w:r>
      <w:proofErr w:type="spellEnd"/>
      <w:r w:rsidRPr="003667DF">
        <w:rPr>
          <w:rFonts w:cs="Times New Roman"/>
          <w:sz w:val="24"/>
          <w:szCs w:val="24"/>
        </w:rPr>
        <w:t xml:space="preserve"> u </w:t>
      </w:r>
      <w:proofErr w:type="spellStart"/>
      <w:r w:rsidRPr="003667DF">
        <w:rPr>
          <w:rFonts w:cs="Times New Roman"/>
          <w:sz w:val="24"/>
          <w:szCs w:val="24"/>
        </w:rPr>
        <w:t>razdoblju</w:t>
      </w:r>
      <w:proofErr w:type="spellEnd"/>
      <w:r w:rsidRPr="003667DF">
        <w:rPr>
          <w:rFonts w:cs="Times New Roman"/>
          <w:sz w:val="24"/>
          <w:szCs w:val="24"/>
        </w:rPr>
        <w:t xml:space="preserve"> od 01.04. </w:t>
      </w:r>
      <w:proofErr w:type="spellStart"/>
      <w:r w:rsidRPr="003667DF">
        <w:rPr>
          <w:rFonts w:cs="Times New Roman"/>
          <w:sz w:val="24"/>
          <w:szCs w:val="24"/>
        </w:rPr>
        <w:t>do</w:t>
      </w:r>
      <w:proofErr w:type="spellEnd"/>
      <w:r w:rsidRPr="003667DF">
        <w:rPr>
          <w:rFonts w:cs="Times New Roman"/>
          <w:sz w:val="24"/>
          <w:szCs w:val="24"/>
        </w:rPr>
        <w:t xml:space="preserve"> 30.09., a u </w:t>
      </w:r>
      <w:proofErr w:type="spellStart"/>
      <w:r w:rsidRPr="003667DF">
        <w:rPr>
          <w:rFonts w:cs="Times New Roman"/>
          <w:sz w:val="24"/>
          <w:szCs w:val="24"/>
        </w:rPr>
        <w:t>ostalom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razdoblju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godine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iznosi</w:t>
      </w:r>
      <w:proofErr w:type="spellEnd"/>
      <w:r w:rsidRPr="003667DF">
        <w:rPr>
          <w:rFonts w:cs="Times New Roman"/>
          <w:sz w:val="24"/>
          <w:szCs w:val="24"/>
        </w:rPr>
        <w:t xml:space="preserve"> 0,65 </w:t>
      </w:r>
      <w:proofErr w:type="spellStart"/>
      <w:r w:rsidRPr="003667DF">
        <w:rPr>
          <w:rFonts w:cs="Times New Roman"/>
          <w:sz w:val="24"/>
          <w:szCs w:val="24"/>
        </w:rPr>
        <w:t>eura</w:t>
      </w:r>
      <w:proofErr w:type="spellEnd"/>
      <w:r w:rsidRPr="003667DF">
        <w:rPr>
          <w:rFonts w:cs="Times New Roman"/>
          <w:sz w:val="24"/>
          <w:szCs w:val="24"/>
        </w:rPr>
        <w:t xml:space="preserve"> po </w:t>
      </w:r>
      <w:proofErr w:type="spellStart"/>
      <w:r w:rsidRPr="003667DF">
        <w:rPr>
          <w:rFonts w:cs="Times New Roman"/>
          <w:sz w:val="24"/>
          <w:szCs w:val="24"/>
        </w:rPr>
        <w:t>osobi</w:t>
      </w:r>
      <w:proofErr w:type="spellEnd"/>
      <w:r w:rsidRPr="003667DF">
        <w:rPr>
          <w:rFonts w:cs="Times New Roman"/>
          <w:sz w:val="24"/>
          <w:szCs w:val="24"/>
        </w:rPr>
        <w:t xml:space="preserve">, </w:t>
      </w:r>
      <w:proofErr w:type="spellStart"/>
      <w:r w:rsidRPr="003667DF">
        <w:rPr>
          <w:rFonts w:cs="Times New Roman"/>
          <w:sz w:val="24"/>
          <w:szCs w:val="24"/>
        </w:rPr>
        <w:t>dnevno</w:t>
      </w:r>
      <w:proofErr w:type="spellEnd"/>
      <w:r w:rsidRPr="003667DF">
        <w:rPr>
          <w:rFonts w:cs="Times New Roman"/>
          <w:sz w:val="24"/>
          <w:szCs w:val="24"/>
        </w:rPr>
        <w:t>.</w:t>
      </w:r>
    </w:p>
    <w:p w14:paraId="67C2185A" w14:textId="77777777" w:rsidR="003667DF" w:rsidRDefault="003667DF" w:rsidP="003667D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7829F7C5" w14:textId="516D4377" w:rsidR="008E719E" w:rsidRPr="003667DF" w:rsidRDefault="00000000" w:rsidP="003667DF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proofErr w:type="spellStart"/>
      <w:r w:rsidRPr="003667DF">
        <w:rPr>
          <w:rFonts w:cs="Times New Roman"/>
          <w:sz w:val="24"/>
          <w:szCs w:val="24"/>
        </w:rPr>
        <w:t>Turistička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pristojba</w:t>
      </w:r>
      <w:proofErr w:type="spellEnd"/>
      <w:r w:rsidRPr="003667DF">
        <w:rPr>
          <w:rFonts w:cs="Times New Roman"/>
          <w:sz w:val="24"/>
          <w:szCs w:val="24"/>
        </w:rPr>
        <w:t xml:space="preserve"> za </w:t>
      </w:r>
      <w:proofErr w:type="spellStart"/>
      <w:r w:rsidRPr="003667DF">
        <w:rPr>
          <w:rFonts w:cs="Times New Roman"/>
          <w:sz w:val="24"/>
          <w:szCs w:val="24"/>
        </w:rPr>
        <w:t>osobe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koje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koriste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uslugu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noćenja</w:t>
      </w:r>
      <w:proofErr w:type="spellEnd"/>
      <w:r w:rsidRPr="003667DF">
        <w:rPr>
          <w:rFonts w:cs="Times New Roman"/>
          <w:sz w:val="24"/>
          <w:szCs w:val="24"/>
        </w:rPr>
        <w:t xml:space="preserve"> u </w:t>
      </w:r>
      <w:proofErr w:type="spellStart"/>
      <w:r w:rsidRPr="003667DF">
        <w:rPr>
          <w:rFonts w:cs="Times New Roman"/>
          <w:sz w:val="24"/>
          <w:szCs w:val="24"/>
        </w:rPr>
        <w:t>objektu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iz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skupine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Kampovi</w:t>
      </w:r>
      <w:proofErr w:type="spellEnd"/>
      <w:r w:rsidRPr="003667DF">
        <w:rPr>
          <w:rFonts w:cs="Times New Roman"/>
          <w:sz w:val="24"/>
          <w:szCs w:val="24"/>
        </w:rPr>
        <w:t xml:space="preserve"> (</w:t>
      </w:r>
      <w:proofErr w:type="spellStart"/>
      <w:r w:rsidRPr="003667DF">
        <w:rPr>
          <w:rFonts w:cs="Times New Roman"/>
          <w:sz w:val="24"/>
          <w:szCs w:val="24"/>
        </w:rPr>
        <w:t>kampovi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kamp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odmorišta</w:t>
      </w:r>
      <w:proofErr w:type="spellEnd"/>
      <w:r w:rsidRPr="003667DF">
        <w:rPr>
          <w:rFonts w:cs="Times New Roman"/>
          <w:sz w:val="24"/>
          <w:szCs w:val="24"/>
        </w:rPr>
        <w:t xml:space="preserve">) </w:t>
      </w:r>
      <w:proofErr w:type="spellStart"/>
      <w:r w:rsidRPr="003667DF">
        <w:rPr>
          <w:rFonts w:cs="Times New Roman"/>
          <w:sz w:val="24"/>
          <w:szCs w:val="24"/>
        </w:rPr>
        <w:t>iznosi</w:t>
      </w:r>
      <w:proofErr w:type="spellEnd"/>
      <w:r w:rsidRPr="003667DF">
        <w:rPr>
          <w:rFonts w:cs="Times New Roman"/>
          <w:sz w:val="24"/>
          <w:szCs w:val="24"/>
        </w:rPr>
        <w:t xml:space="preserve"> 0,74 </w:t>
      </w:r>
      <w:proofErr w:type="spellStart"/>
      <w:r w:rsidRPr="003667DF">
        <w:rPr>
          <w:rFonts w:cs="Times New Roman"/>
          <w:sz w:val="24"/>
          <w:szCs w:val="24"/>
        </w:rPr>
        <w:t>eura</w:t>
      </w:r>
      <w:proofErr w:type="spellEnd"/>
      <w:r w:rsidRPr="003667DF">
        <w:rPr>
          <w:rFonts w:cs="Times New Roman"/>
          <w:sz w:val="24"/>
          <w:szCs w:val="24"/>
        </w:rPr>
        <w:t xml:space="preserve"> u </w:t>
      </w:r>
      <w:proofErr w:type="spellStart"/>
      <w:r w:rsidRPr="003667DF">
        <w:rPr>
          <w:rFonts w:cs="Times New Roman"/>
          <w:sz w:val="24"/>
          <w:szCs w:val="24"/>
        </w:rPr>
        <w:t>razdoblju</w:t>
      </w:r>
      <w:proofErr w:type="spellEnd"/>
      <w:r w:rsidRPr="003667DF">
        <w:rPr>
          <w:rFonts w:cs="Times New Roman"/>
          <w:sz w:val="24"/>
          <w:szCs w:val="24"/>
        </w:rPr>
        <w:t xml:space="preserve"> od 01.04. </w:t>
      </w:r>
      <w:proofErr w:type="spellStart"/>
      <w:r w:rsidRPr="003667DF">
        <w:rPr>
          <w:rFonts w:cs="Times New Roman"/>
          <w:sz w:val="24"/>
          <w:szCs w:val="24"/>
        </w:rPr>
        <w:t>do</w:t>
      </w:r>
      <w:proofErr w:type="spellEnd"/>
      <w:r w:rsidRPr="003667DF">
        <w:rPr>
          <w:rFonts w:cs="Times New Roman"/>
          <w:sz w:val="24"/>
          <w:szCs w:val="24"/>
        </w:rPr>
        <w:t xml:space="preserve"> 30.09., a u </w:t>
      </w:r>
      <w:proofErr w:type="spellStart"/>
      <w:r w:rsidRPr="003667DF">
        <w:rPr>
          <w:rFonts w:cs="Times New Roman"/>
          <w:sz w:val="24"/>
          <w:szCs w:val="24"/>
        </w:rPr>
        <w:t>ostalom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razdoblju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godine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iznosi</w:t>
      </w:r>
      <w:proofErr w:type="spellEnd"/>
      <w:r w:rsidRPr="003667DF">
        <w:rPr>
          <w:rFonts w:cs="Times New Roman"/>
          <w:sz w:val="24"/>
          <w:szCs w:val="24"/>
        </w:rPr>
        <w:t xml:space="preserve"> 0,46 </w:t>
      </w:r>
      <w:proofErr w:type="spellStart"/>
      <w:r w:rsidRPr="003667DF">
        <w:rPr>
          <w:rFonts w:cs="Times New Roman"/>
          <w:sz w:val="24"/>
          <w:szCs w:val="24"/>
        </w:rPr>
        <w:t>eura</w:t>
      </w:r>
      <w:proofErr w:type="spellEnd"/>
      <w:r w:rsidRPr="003667DF">
        <w:rPr>
          <w:rFonts w:cs="Times New Roman"/>
          <w:sz w:val="24"/>
          <w:szCs w:val="24"/>
        </w:rPr>
        <w:t xml:space="preserve"> po </w:t>
      </w:r>
      <w:proofErr w:type="spellStart"/>
      <w:r w:rsidRPr="003667DF">
        <w:rPr>
          <w:rFonts w:cs="Times New Roman"/>
          <w:sz w:val="24"/>
          <w:szCs w:val="24"/>
        </w:rPr>
        <w:t>osobi</w:t>
      </w:r>
      <w:proofErr w:type="spellEnd"/>
      <w:r w:rsidRPr="003667DF">
        <w:rPr>
          <w:rFonts w:cs="Times New Roman"/>
          <w:sz w:val="24"/>
          <w:szCs w:val="24"/>
        </w:rPr>
        <w:t xml:space="preserve">, </w:t>
      </w:r>
      <w:proofErr w:type="spellStart"/>
      <w:r w:rsidRPr="003667DF">
        <w:rPr>
          <w:rFonts w:cs="Times New Roman"/>
          <w:sz w:val="24"/>
          <w:szCs w:val="24"/>
        </w:rPr>
        <w:t>dnevno</w:t>
      </w:r>
      <w:proofErr w:type="spellEnd"/>
      <w:r w:rsidRPr="003667DF">
        <w:rPr>
          <w:rFonts w:cs="Times New Roman"/>
          <w:sz w:val="24"/>
          <w:szCs w:val="24"/>
        </w:rPr>
        <w:t>.</w:t>
      </w:r>
    </w:p>
    <w:p w14:paraId="08318855" w14:textId="77777777" w:rsidR="003667DF" w:rsidRDefault="003667DF" w:rsidP="003667D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7D1339B9" w14:textId="1C2D12A8" w:rsidR="008E719E" w:rsidRPr="003667DF" w:rsidRDefault="00000000" w:rsidP="003667DF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proofErr w:type="spellStart"/>
      <w:r w:rsidRPr="003667DF">
        <w:rPr>
          <w:rFonts w:cs="Times New Roman"/>
          <w:sz w:val="24"/>
          <w:szCs w:val="24"/>
        </w:rPr>
        <w:lastRenderedPageBreak/>
        <w:t>Paušalna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godišnja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turistička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pristojba</w:t>
      </w:r>
      <w:proofErr w:type="spellEnd"/>
      <w:r w:rsidRPr="003667DF">
        <w:rPr>
          <w:rFonts w:cs="Times New Roman"/>
          <w:sz w:val="24"/>
          <w:szCs w:val="24"/>
        </w:rPr>
        <w:t xml:space="preserve"> za </w:t>
      </w:r>
      <w:proofErr w:type="spellStart"/>
      <w:r w:rsidRPr="003667DF">
        <w:rPr>
          <w:rFonts w:cs="Times New Roman"/>
          <w:sz w:val="24"/>
          <w:szCs w:val="24"/>
        </w:rPr>
        <w:t>osobe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koje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pružaju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ugostiteljske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usluge</w:t>
      </w:r>
      <w:proofErr w:type="spellEnd"/>
      <w:r w:rsidRPr="003667DF">
        <w:rPr>
          <w:rFonts w:cs="Times New Roman"/>
          <w:sz w:val="24"/>
          <w:szCs w:val="24"/>
        </w:rPr>
        <w:t xml:space="preserve"> u </w:t>
      </w:r>
      <w:proofErr w:type="spellStart"/>
      <w:r w:rsidRPr="003667DF">
        <w:rPr>
          <w:rFonts w:cs="Times New Roman"/>
          <w:sz w:val="24"/>
          <w:szCs w:val="24"/>
        </w:rPr>
        <w:t>domaćinstvu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iznosi</w:t>
      </w:r>
      <w:proofErr w:type="spellEnd"/>
      <w:r w:rsidRPr="003667DF">
        <w:rPr>
          <w:rFonts w:cs="Times New Roman"/>
          <w:sz w:val="24"/>
          <w:szCs w:val="24"/>
        </w:rPr>
        <w:t xml:space="preserve"> 32,52 </w:t>
      </w:r>
      <w:proofErr w:type="spellStart"/>
      <w:r w:rsidRPr="003667DF">
        <w:rPr>
          <w:rFonts w:cs="Times New Roman"/>
          <w:sz w:val="24"/>
          <w:szCs w:val="24"/>
        </w:rPr>
        <w:t>eura</w:t>
      </w:r>
      <w:proofErr w:type="spellEnd"/>
      <w:r w:rsidRPr="003667DF">
        <w:rPr>
          <w:rFonts w:cs="Times New Roman"/>
          <w:sz w:val="24"/>
          <w:szCs w:val="24"/>
        </w:rPr>
        <w:t xml:space="preserve"> po </w:t>
      </w:r>
      <w:proofErr w:type="spellStart"/>
      <w:r w:rsidRPr="003667DF">
        <w:rPr>
          <w:rFonts w:cs="Times New Roman"/>
          <w:sz w:val="24"/>
          <w:szCs w:val="24"/>
        </w:rPr>
        <w:t>krevetu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godišnje</w:t>
      </w:r>
      <w:proofErr w:type="spellEnd"/>
      <w:r w:rsidRPr="003667DF">
        <w:rPr>
          <w:rFonts w:cs="Times New Roman"/>
          <w:sz w:val="24"/>
          <w:szCs w:val="24"/>
        </w:rPr>
        <w:t>.</w:t>
      </w:r>
    </w:p>
    <w:p w14:paraId="32B9C76E" w14:textId="77777777" w:rsidR="003667DF" w:rsidRDefault="003667DF" w:rsidP="003667D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659A6378" w14:textId="6F47DB6D" w:rsidR="008E719E" w:rsidRPr="003667DF" w:rsidRDefault="00000000" w:rsidP="003667DF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proofErr w:type="spellStart"/>
      <w:r w:rsidRPr="003667DF">
        <w:rPr>
          <w:rFonts w:cs="Times New Roman"/>
          <w:sz w:val="24"/>
          <w:szCs w:val="24"/>
        </w:rPr>
        <w:t>Paušalna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godišnja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turistička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pristojba</w:t>
      </w:r>
      <w:proofErr w:type="spellEnd"/>
      <w:r w:rsidRPr="003667DF">
        <w:rPr>
          <w:rFonts w:cs="Times New Roman"/>
          <w:sz w:val="24"/>
          <w:szCs w:val="24"/>
        </w:rPr>
        <w:t xml:space="preserve"> za </w:t>
      </w:r>
      <w:proofErr w:type="spellStart"/>
      <w:r w:rsidRPr="003667DF">
        <w:rPr>
          <w:rFonts w:cs="Times New Roman"/>
          <w:sz w:val="24"/>
          <w:szCs w:val="24"/>
        </w:rPr>
        <w:t>osobe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koje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pružaju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ugostiteljske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usluge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obiteljskom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poljoprivrednom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gospodarstvu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iznosi</w:t>
      </w:r>
      <w:proofErr w:type="spellEnd"/>
      <w:r w:rsidRPr="003667DF">
        <w:rPr>
          <w:rFonts w:cs="Times New Roman"/>
          <w:sz w:val="24"/>
          <w:szCs w:val="24"/>
        </w:rPr>
        <w:t xml:space="preserve"> 18,58 </w:t>
      </w:r>
      <w:proofErr w:type="spellStart"/>
      <w:r w:rsidRPr="003667DF">
        <w:rPr>
          <w:rFonts w:cs="Times New Roman"/>
          <w:sz w:val="24"/>
          <w:szCs w:val="24"/>
        </w:rPr>
        <w:t>eura</w:t>
      </w:r>
      <w:proofErr w:type="spellEnd"/>
      <w:r w:rsidRPr="003667DF">
        <w:rPr>
          <w:rFonts w:cs="Times New Roman"/>
          <w:sz w:val="24"/>
          <w:szCs w:val="24"/>
        </w:rPr>
        <w:t xml:space="preserve"> po </w:t>
      </w:r>
      <w:proofErr w:type="spellStart"/>
      <w:r w:rsidRPr="003667DF">
        <w:rPr>
          <w:rFonts w:cs="Times New Roman"/>
          <w:sz w:val="24"/>
          <w:szCs w:val="24"/>
        </w:rPr>
        <w:t>krevetu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godišnje</w:t>
      </w:r>
      <w:proofErr w:type="spellEnd"/>
      <w:r w:rsidRPr="003667DF">
        <w:rPr>
          <w:rFonts w:cs="Times New Roman"/>
          <w:sz w:val="24"/>
          <w:szCs w:val="24"/>
        </w:rPr>
        <w:t>.</w:t>
      </w:r>
    </w:p>
    <w:p w14:paraId="41D84590" w14:textId="77777777" w:rsidR="003667DF" w:rsidRDefault="003667DF" w:rsidP="003667D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6EE6D6C5" w14:textId="1C2490EB" w:rsidR="008E719E" w:rsidRPr="003667DF" w:rsidRDefault="00000000" w:rsidP="003667DF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proofErr w:type="spellStart"/>
      <w:r w:rsidRPr="003667DF">
        <w:rPr>
          <w:rFonts w:cs="Times New Roman"/>
          <w:sz w:val="24"/>
          <w:szCs w:val="24"/>
        </w:rPr>
        <w:t>Paušalna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godišnja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turistička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pristojba</w:t>
      </w:r>
      <w:proofErr w:type="spellEnd"/>
      <w:r w:rsidRPr="003667DF">
        <w:rPr>
          <w:rFonts w:cs="Times New Roman"/>
          <w:sz w:val="24"/>
          <w:szCs w:val="24"/>
        </w:rPr>
        <w:t xml:space="preserve"> za </w:t>
      </w:r>
      <w:proofErr w:type="spellStart"/>
      <w:r w:rsidRPr="003667DF">
        <w:rPr>
          <w:rFonts w:cs="Times New Roman"/>
          <w:sz w:val="24"/>
          <w:szCs w:val="24"/>
        </w:rPr>
        <w:t>osobe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koje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pružaju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usluge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smještaja</w:t>
      </w:r>
      <w:proofErr w:type="spellEnd"/>
      <w:r w:rsidRPr="003667DF">
        <w:rPr>
          <w:rFonts w:cs="Times New Roman"/>
          <w:sz w:val="24"/>
          <w:szCs w:val="24"/>
        </w:rPr>
        <w:t xml:space="preserve"> u </w:t>
      </w:r>
      <w:proofErr w:type="spellStart"/>
      <w:r w:rsidRPr="003667DF">
        <w:rPr>
          <w:rFonts w:cs="Times New Roman"/>
          <w:sz w:val="24"/>
          <w:szCs w:val="24"/>
        </w:rPr>
        <w:t>domaćinstvu</w:t>
      </w:r>
      <w:proofErr w:type="spellEnd"/>
      <w:r w:rsidRPr="003667DF">
        <w:rPr>
          <w:rFonts w:cs="Times New Roman"/>
          <w:sz w:val="24"/>
          <w:szCs w:val="24"/>
        </w:rPr>
        <w:t xml:space="preserve"> u </w:t>
      </w:r>
      <w:proofErr w:type="spellStart"/>
      <w:r w:rsidRPr="003667DF">
        <w:rPr>
          <w:rFonts w:cs="Times New Roman"/>
          <w:sz w:val="24"/>
          <w:szCs w:val="24"/>
        </w:rPr>
        <w:t>kampu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</w:t>
      </w:r>
      <w:proofErr w:type="spellEnd"/>
      <w:r w:rsidRPr="003667DF">
        <w:rPr>
          <w:rFonts w:cs="Times New Roman"/>
          <w:sz w:val="24"/>
          <w:szCs w:val="24"/>
        </w:rPr>
        <w:t xml:space="preserve"> u </w:t>
      </w:r>
      <w:proofErr w:type="spellStart"/>
      <w:r w:rsidRPr="003667DF">
        <w:rPr>
          <w:rFonts w:cs="Times New Roman"/>
          <w:sz w:val="24"/>
          <w:szCs w:val="24"/>
        </w:rPr>
        <w:t>objektu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vrste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kamp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odmorište</w:t>
      </w:r>
      <w:proofErr w:type="spellEnd"/>
      <w:r w:rsidRPr="003667DF">
        <w:rPr>
          <w:rFonts w:cs="Times New Roman"/>
          <w:sz w:val="24"/>
          <w:szCs w:val="24"/>
        </w:rPr>
        <w:t xml:space="preserve">, </w:t>
      </w:r>
      <w:proofErr w:type="spellStart"/>
      <w:r w:rsidRPr="003667DF">
        <w:rPr>
          <w:rFonts w:cs="Times New Roman"/>
          <w:sz w:val="24"/>
          <w:szCs w:val="24"/>
        </w:rPr>
        <w:t>odnosno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kamp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odmorišta</w:t>
      </w:r>
      <w:proofErr w:type="spellEnd"/>
      <w:r w:rsidRPr="003667DF">
        <w:rPr>
          <w:rFonts w:cs="Times New Roman"/>
          <w:sz w:val="24"/>
          <w:szCs w:val="24"/>
        </w:rPr>
        <w:t xml:space="preserve"> – </w:t>
      </w:r>
      <w:proofErr w:type="spellStart"/>
      <w:r w:rsidRPr="003667DF">
        <w:rPr>
          <w:rFonts w:cs="Times New Roman"/>
          <w:sz w:val="24"/>
          <w:szCs w:val="24"/>
        </w:rPr>
        <w:t>robinzonski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smještaj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iznosi</w:t>
      </w:r>
      <w:proofErr w:type="spellEnd"/>
      <w:r w:rsidRPr="003667DF">
        <w:rPr>
          <w:rFonts w:cs="Times New Roman"/>
          <w:sz w:val="24"/>
          <w:szCs w:val="24"/>
        </w:rPr>
        <w:t xml:space="preserve"> 46,45 </w:t>
      </w:r>
      <w:proofErr w:type="spellStart"/>
      <w:r w:rsidRPr="003667DF">
        <w:rPr>
          <w:rFonts w:cs="Times New Roman"/>
          <w:sz w:val="24"/>
          <w:szCs w:val="24"/>
        </w:rPr>
        <w:t>eura</w:t>
      </w:r>
      <w:proofErr w:type="spellEnd"/>
      <w:r w:rsidRPr="003667DF">
        <w:rPr>
          <w:rFonts w:cs="Times New Roman"/>
          <w:sz w:val="24"/>
          <w:szCs w:val="24"/>
        </w:rPr>
        <w:t xml:space="preserve"> za </w:t>
      </w:r>
      <w:proofErr w:type="spellStart"/>
      <w:r w:rsidRPr="003667DF">
        <w:rPr>
          <w:rFonts w:cs="Times New Roman"/>
          <w:sz w:val="24"/>
          <w:szCs w:val="24"/>
        </w:rPr>
        <w:t>svaku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smještajnu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jedinicu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godišnje</w:t>
      </w:r>
      <w:proofErr w:type="spellEnd"/>
      <w:r w:rsidRPr="003667DF">
        <w:rPr>
          <w:rFonts w:cs="Times New Roman"/>
          <w:sz w:val="24"/>
          <w:szCs w:val="24"/>
        </w:rPr>
        <w:t>.</w:t>
      </w:r>
    </w:p>
    <w:p w14:paraId="6A491C9E" w14:textId="77777777" w:rsidR="003667DF" w:rsidRDefault="003667DF" w:rsidP="003667D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28CA3E27" w14:textId="20F17603" w:rsidR="008E719E" w:rsidRDefault="00000000" w:rsidP="003667DF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proofErr w:type="spellStart"/>
      <w:r w:rsidRPr="003667DF">
        <w:rPr>
          <w:rFonts w:cs="Times New Roman"/>
          <w:sz w:val="24"/>
          <w:szCs w:val="24"/>
        </w:rPr>
        <w:t>Paušalna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godišnja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turistička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pristojba</w:t>
      </w:r>
      <w:proofErr w:type="spellEnd"/>
      <w:r w:rsidRPr="003667DF">
        <w:rPr>
          <w:rFonts w:cs="Times New Roman"/>
          <w:sz w:val="24"/>
          <w:szCs w:val="24"/>
        </w:rPr>
        <w:t xml:space="preserve"> za </w:t>
      </w:r>
      <w:proofErr w:type="spellStart"/>
      <w:r w:rsidRPr="003667DF">
        <w:rPr>
          <w:rFonts w:cs="Times New Roman"/>
          <w:sz w:val="24"/>
          <w:szCs w:val="24"/>
        </w:rPr>
        <w:t>osobe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koje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pružaju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usluge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smještaja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obiteljskom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poljoprivrednom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gospodarstvu</w:t>
      </w:r>
      <w:proofErr w:type="spellEnd"/>
      <w:r w:rsidRPr="003667DF">
        <w:rPr>
          <w:rFonts w:cs="Times New Roman"/>
          <w:sz w:val="24"/>
          <w:szCs w:val="24"/>
        </w:rPr>
        <w:t xml:space="preserve"> u </w:t>
      </w:r>
      <w:proofErr w:type="spellStart"/>
      <w:r w:rsidRPr="003667DF">
        <w:rPr>
          <w:rFonts w:cs="Times New Roman"/>
          <w:sz w:val="24"/>
          <w:szCs w:val="24"/>
        </w:rPr>
        <w:t>kampu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</w:t>
      </w:r>
      <w:proofErr w:type="spellEnd"/>
      <w:r w:rsidRPr="003667DF">
        <w:rPr>
          <w:rFonts w:cs="Times New Roman"/>
          <w:sz w:val="24"/>
          <w:szCs w:val="24"/>
        </w:rPr>
        <w:t xml:space="preserve"> u </w:t>
      </w:r>
      <w:proofErr w:type="spellStart"/>
      <w:r w:rsidRPr="003667DF">
        <w:rPr>
          <w:rFonts w:cs="Times New Roman"/>
          <w:sz w:val="24"/>
          <w:szCs w:val="24"/>
        </w:rPr>
        <w:t>objektu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vrste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kamp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odmorište</w:t>
      </w:r>
      <w:proofErr w:type="spellEnd"/>
      <w:r w:rsidRPr="003667DF">
        <w:rPr>
          <w:rFonts w:cs="Times New Roman"/>
          <w:sz w:val="24"/>
          <w:szCs w:val="24"/>
        </w:rPr>
        <w:t xml:space="preserve">, </w:t>
      </w:r>
      <w:proofErr w:type="spellStart"/>
      <w:r w:rsidRPr="003667DF">
        <w:rPr>
          <w:rFonts w:cs="Times New Roman"/>
          <w:sz w:val="24"/>
          <w:szCs w:val="24"/>
        </w:rPr>
        <w:t>odnosno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kamp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odmorišta</w:t>
      </w:r>
      <w:proofErr w:type="spellEnd"/>
      <w:r w:rsidRPr="003667DF">
        <w:rPr>
          <w:rFonts w:cs="Times New Roman"/>
          <w:sz w:val="24"/>
          <w:szCs w:val="24"/>
        </w:rPr>
        <w:t xml:space="preserve"> – </w:t>
      </w:r>
      <w:proofErr w:type="spellStart"/>
      <w:r w:rsidRPr="003667DF">
        <w:rPr>
          <w:rFonts w:cs="Times New Roman"/>
          <w:sz w:val="24"/>
          <w:szCs w:val="24"/>
        </w:rPr>
        <w:t>robinzonski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smještaj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iznosi</w:t>
      </w:r>
      <w:proofErr w:type="spellEnd"/>
      <w:r w:rsidRPr="003667DF">
        <w:rPr>
          <w:rFonts w:cs="Times New Roman"/>
          <w:sz w:val="24"/>
          <w:szCs w:val="24"/>
        </w:rPr>
        <w:t xml:space="preserve"> 23,23 </w:t>
      </w:r>
      <w:proofErr w:type="spellStart"/>
      <w:r w:rsidRPr="003667DF">
        <w:rPr>
          <w:rFonts w:cs="Times New Roman"/>
          <w:sz w:val="24"/>
          <w:szCs w:val="24"/>
        </w:rPr>
        <w:t>eura</w:t>
      </w:r>
      <w:proofErr w:type="spellEnd"/>
      <w:r w:rsidRPr="003667DF">
        <w:rPr>
          <w:rFonts w:cs="Times New Roman"/>
          <w:sz w:val="24"/>
          <w:szCs w:val="24"/>
        </w:rPr>
        <w:t xml:space="preserve"> za </w:t>
      </w:r>
      <w:proofErr w:type="spellStart"/>
      <w:r w:rsidRPr="003667DF">
        <w:rPr>
          <w:rFonts w:cs="Times New Roman"/>
          <w:sz w:val="24"/>
          <w:szCs w:val="24"/>
        </w:rPr>
        <w:t>svaku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smještajnu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jedinicu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godišnje</w:t>
      </w:r>
      <w:proofErr w:type="spellEnd"/>
      <w:r w:rsidRPr="003667DF">
        <w:rPr>
          <w:rFonts w:cs="Times New Roman"/>
          <w:sz w:val="24"/>
          <w:szCs w:val="24"/>
        </w:rPr>
        <w:t>.</w:t>
      </w:r>
    </w:p>
    <w:p w14:paraId="50BA9E65" w14:textId="77777777" w:rsidR="003667DF" w:rsidRPr="003667DF" w:rsidRDefault="003667DF" w:rsidP="003667D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71BF17EF" w14:textId="77777777" w:rsidR="008E719E" w:rsidRDefault="00000000" w:rsidP="003667DF">
      <w:pPr>
        <w:spacing w:after="0" w:line="240" w:lineRule="auto"/>
        <w:jc w:val="center"/>
        <w:rPr>
          <w:rFonts w:cs="Times New Roman"/>
          <w:bCs/>
          <w:sz w:val="24"/>
          <w:szCs w:val="24"/>
        </w:rPr>
      </w:pPr>
      <w:proofErr w:type="spellStart"/>
      <w:r w:rsidRPr="003667DF">
        <w:rPr>
          <w:rFonts w:cs="Times New Roman"/>
          <w:bCs/>
          <w:sz w:val="24"/>
          <w:szCs w:val="24"/>
        </w:rPr>
        <w:t>Članak</w:t>
      </w:r>
      <w:proofErr w:type="spellEnd"/>
      <w:r w:rsidRPr="003667DF">
        <w:rPr>
          <w:rFonts w:cs="Times New Roman"/>
          <w:bCs/>
          <w:sz w:val="24"/>
          <w:szCs w:val="24"/>
        </w:rPr>
        <w:t xml:space="preserve"> 6.</w:t>
      </w:r>
    </w:p>
    <w:p w14:paraId="28B737DF" w14:textId="77777777" w:rsidR="003667DF" w:rsidRPr="003667DF" w:rsidRDefault="003667DF" w:rsidP="003667DF">
      <w:pPr>
        <w:spacing w:after="0" w:line="240" w:lineRule="auto"/>
        <w:jc w:val="center"/>
        <w:rPr>
          <w:rFonts w:cs="Times New Roman"/>
          <w:bCs/>
          <w:sz w:val="24"/>
          <w:szCs w:val="24"/>
        </w:rPr>
      </w:pPr>
    </w:p>
    <w:p w14:paraId="4B062DC0" w14:textId="584B6B50" w:rsidR="008E719E" w:rsidRDefault="00000000" w:rsidP="003667DF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proofErr w:type="spellStart"/>
      <w:r w:rsidRPr="003667DF">
        <w:rPr>
          <w:rFonts w:cs="Times New Roman"/>
          <w:sz w:val="24"/>
          <w:szCs w:val="24"/>
        </w:rPr>
        <w:t>Paušalna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godišnja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turistička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pristojba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koju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plaća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vlasnik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kuće</w:t>
      </w:r>
      <w:proofErr w:type="spellEnd"/>
      <w:r w:rsidRPr="003667DF">
        <w:rPr>
          <w:rFonts w:cs="Times New Roman"/>
          <w:sz w:val="24"/>
          <w:szCs w:val="24"/>
        </w:rPr>
        <w:t xml:space="preserve">, </w:t>
      </w:r>
      <w:proofErr w:type="spellStart"/>
      <w:r w:rsidRPr="003667DF">
        <w:rPr>
          <w:rFonts w:cs="Times New Roman"/>
          <w:sz w:val="24"/>
          <w:szCs w:val="24"/>
        </w:rPr>
        <w:t>apartmana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ili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stana</w:t>
      </w:r>
      <w:proofErr w:type="spellEnd"/>
      <w:r w:rsidRPr="003667DF">
        <w:rPr>
          <w:rFonts w:cs="Times New Roman"/>
          <w:sz w:val="24"/>
          <w:szCs w:val="24"/>
        </w:rPr>
        <w:t xml:space="preserve"> za </w:t>
      </w:r>
      <w:proofErr w:type="spellStart"/>
      <w:r w:rsidRPr="003667DF">
        <w:rPr>
          <w:rFonts w:cs="Times New Roman"/>
          <w:sz w:val="24"/>
          <w:szCs w:val="24"/>
        </w:rPr>
        <w:t>odmor</w:t>
      </w:r>
      <w:proofErr w:type="spellEnd"/>
      <w:r w:rsidRPr="003667DF">
        <w:rPr>
          <w:rFonts w:cs="Times New Roman"/>
          <w:sz w:val="24"/>
          <w:szCs w:val="24"/>
        </w:rPr>
        <w:t xml:space="preserve"> za </w:t>
      </w:r>
      <w:proofErr w:type="spellStart"/>
      <w:r w:rsidRPr="003667DF">
        <w:rPr>
          <w:rFonts w:cs="Times New Roman"/>
          <w:sz w:val="24"/>
          <w:szCs w:val="24"/>
        </w:rPr>
        <w:t>sebe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članove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uže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obitelji</w:t>
      </w:r>
      <w:proofErr w:type="spellEnd"/>
      <w:r w:rsidRPr="003667DF">
        <w:rPr>
          <w:rFonts w:cs="Times New Roman"/>
          <w:sz w:val="24"/>
          <w:szCs w:val="24"/>
        </w:rPr>
        <w:t xml:space="preserve">, </w:t>
      </w:r>
      <w:proofErr w:type="spellStart"/>
      <w:r w:rsidRPr="003667DF">
        <w:rPr>
          <w:rFonts w:cs="Times New Roman"/>
          <w:sz w:val="24"/>
          <w:szCs w:val="24"/>
        </w:rPr>
        <w:t>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području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općina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iz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članka</w:t>
      </w:r>
      <w:proofErr w:type="spellEnd"/>
      <w:r w:rsidRPr="003667DF">
        <w:rPr>
          <w:rFonts w:cs="Times New Roman"/>
          <w:sz w:val="24"/>
          <w:szCs w:val="24"/>
        </w:rPr>
        <w:t xml:space="preserve"> 4. </w:t>
      </w:r>
      <w:proofErr w:type="spellStart"/>
      <w:r w:rsidRPr="003667DF">
        <w:rPr>
          <w:rFonts w:cs="Times New Roman"/>
          <w:sz w:val="24"/>
          <w:szCs w:val="24"/>
        </w:rPr>
        <w:t>ove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Odluke</w:t>
      </w:r>
      <w:proofErr w:type="spellEnd"/>
      <w:r w:rsidRPr="003667DF">
        <w:rPr>
          <w:rFonts w:cs="Times New Roman"/>
          <w:sz w:val="24"/>
          <w:szCs w:val="24"/>
        </w:rPr>
        <w:t xml:space="preserve">, </w:t>
      </w:r>
      <w:proofErr w:type="spellStart"/>
      <w:r w:rsidRPr="003667DF">
        <w:rPr>
          <w:rFonts w:cs="Times New Roman"/>
          <w:sz w:val="24"/>
          <w:szCs w:val="24"/>
        </w:rPr>
        <w:t>iznosi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kako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slijedi</w:t>
      </w:r>
      <w:proofErr w:type="spellEnd"/>
      <w:r w:rsidRPr="003667DF">
        <w:rPr>
          <w:rFonts w:cs="Times New Roman"/>
          <w:sz w:val="24"/>
          <w:szCs w:val="24"/>
        </w:rPr>
        <w:t xml:space="preserve">: </w:t>
      </w:r>
      <w:proofErr w:type="spellStart"/>
      <w:r w:rsidRPr="003667DF">
        <w:rPr>
          <w:rFonts w:cs="Times New Roman"/>
          <w:sz w:val="24"/>
          <w:szCs w:val="24"/>
        </w:rPr>
        <w:t>prvi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član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r w:rsidR="00BF0E85">
        <w:rPr>
          <w:rFonts w:cs="Times New Roman"/>
          <w:sz w:val="24"/>
          <w:szCs w:val="24"/>
        </w:rPr>
        <w:t>7,96</w:t>
      </w:r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eura</w:t>
      </w:r>
      <w:proofErr w:type="spellEnd"/>
      <w:r w:rsidRPr="003667DF">
        <w:rPr>
          <w:rFonts w:cs="Times New Roman"/>
          <w:sz w:val="24"/>
          <w:szCs w:val="24"/>
        </w:rPr>
        <w:t xml:space="preserve">, </w:t>
      </w:r>
      <w:proofErr w:type="spellStart"/>
      <w:r w:rsidRPr="003667DF">
        <w:rPr>
          <w:rFonts w:cs="Times New Roman"/>
          <w:sz w:val="24"/>
          <w:szCs w:val="24"/>
        </w:rPr>
        <w:t>drugi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član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r w:rsidR="00BF0E85">
        <w:rPr>
          <w:rFonts w:cs="Times New Roman"/>
          <w:sz w:val="24"/>
          <w:szCs w:val="24"/>
        </w:rPr>
        <w:t>7,96</w:t>
      </w:r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eura</w:t>
      </w:r>
      <w:proofErr w:type="spellEnd"/>
      <w:r w:rsidRPr="003667DF">
        <w:rPr>
          <w:rFonts w:cs="Times New Roman"/>
          <w:sz w:val="24"/>
          <w:szCs w:val="24"/>
        </w:rPr>
        <w:t xml:space="preserve">, </w:t>
      </w:r>
      <w:proofErr w:type="spellStart"/>
      <w:r w:rsidRPr="003667DF">
        <w:rPr>
          <w:rFonts w:cs="Times New Roman"/>
          <w:sz w:val="24"/>
          <w:szCs w:val="24"/>
        </w:rPr>
        <w:t>svaki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sl</w:t>
      </w:r>
      <w:r w:rsidR="002B3D2F">
        <w:rPr>
          <w:rFonts w:cs="Times New Roman"/>
          <w:sz w:val="24"/>
          <w:szCs w:val="24"/>
        </w:rPr>
        <w:t>j</w:t>
      </w:r>
      <w:r w:rsidRPr="003667DF">
        <w:rPr>
          <w:rFonts w:cs="Times New Roman"/>
          <w:sz w:val="24"/>
          <w:szCs w:val="24"/>
        </w:rPr>
        <w:t>edeći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član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uže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obitelji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r w:rsidR="00BF0E85">
        <w:rPr>
          <w:rFonts w:cs="Times New Roman"/>
          <w:sz w:val="24"/>
          <w:szCs w:val="24"/>
        </w:rPr>
        <w:t>3</w:t>
      </w:r>
      <w:r w:rsidR="006E7A4F" w:rsidRPr="003667DF">
        <w:rPr>
          <w:rFonts w:cs="Times New Roman"/>
          <w:sz w:val="24"/>
          <w:szCs w:val="24"/>
        </w:rPr>
        <w:t xml:space="preserve">,32 </w:t>
      </w:r>
      <w:proofErr w:type="spellStart"/>
      <w:r w:rsidRPr="003667DF">
        <w:rPr>
          <w:rFonts w:cs="Times New Roman"/>
          <w:sz w:val="24"/>
          <w:szCs w:val="24"/>
        </w:rPr>
        <w:t>eura</w:t>
      </w:r>
      <w:proofErr w:type="spellEnd"/>
      <w:r w:rsidRPr="003667DF">
        <w:rPr>
          <w:rFonts w:cs="Times New Roman"/>
          <w:sz w:val="24"/>
          <w:szCs w:val="24"/>
        </w:rPr>
        <w:t xml:space="preserve">, </w:t>
      </w:r>
      <w:proofErr w:type="spellStart"/>
      <w:r w:rsidRPr="003667DF">
        <w:rPr>
          <w:rFonts w:cs="Times New Roman"/>
          <w:sz w:val="24"/>
          <w:szCs w:val="24"/>
        </w:rPr>
        <w:t>godišnje</w:t>
      </w:r>
      <w:proofErr w:type="spellEnd"/>
      <w:r w:rsidRPr="003667DF">
        <w:rPr>
          <w:rFonts w:cs="Times New Roman"/>
          <w:sz w:val="24"/>
          <w:szCs w:val="24"/>
        </w:rPr>
        <w:t xml:space="preserve"> za </w:t>
      </w:r>
      <w:proofErr w:type="spellStart"/>
      <w:r w:rsidRPr="003667DF">
        <w:rPr>
          <w:rFonts w:cs="Times New Roman"/>
          <w:sz w:val="24"/>
          <w:szCs w:val="24"/>
        </w:rPr>
        <w:t>sve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članove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uže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obitelji</w:t>
      </w:r>
      <w:proofErr w:type="spellEnd"/>
      <w:r w:rsidRPr="003667DF">
        <w:rPr>
          <w:rFonts w:cs="Times New Roman"/>
          <w:sz w:val="24"/>
          <w:szCs w:val="24"/>
        </w:rPr>
        <w:t>.</w:t>
      </w:r>
    </w:p>
    <w:p w14:paraId="19EBC983" w14:textId="77777777" w:rsidR="003667DF" w:rsidRPr="003667DF" w:rsidRDefault="003667DF" w:rsidP="003667D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4715F764" w14:textId="77777777" w:rsidR="008E719E" w:rsidRPr="003667DF" w:rsidRDefault="00000000" w:rsidP="003667DF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 w:rsidRPr="003667DF">
        <w:rPr>
          <w:rFonts w:cs="Times New Roman"/>
          <w:bCs/>
          <w:sz w:val="24"/>
          <w:szCs w:val="24"/>
        </w:rPr>
        <w:t>IV. ZAVRŠNE ODREDBE</w:t>
      </w:r>
    </w:p>
    <w:p w14:paraId="30C08C99" w14:textId="77777777" w:rsidR="008E719E" w:rsidRDefault="00000000" w:rsidP="003667DF">
      <w:pPr>
        <w:spacing w:after="0" w:line="240" w:lineRule="auto"/>
        <w:jc w:val="center"/>
        <w:rPr>
          <w:rFonts w:cs="Times New Roman"/>
          <w:bCs/>
          <w:sz w:val="24"/>
          <w:szCs w:val="24"/>
        </w:rPr>
      </w:pPr>
      <w:proofErr w:type="spellStart"/>
      <w:r w:rsidRPr="003667DF">
        <w:rPr>
          <w:rFonts w:cs="Times New Roman"/>
          <w:bCs/>
          <w:sz w:val="24"/>
          <w:szCs w:val="24"/>
        </w:rPr>
        <w:t>Članak</w:t>
      </w:r>
      <w:proofErr w:type="spellEnd"/>
      <w:r w:rsidRPr="003667DF">
        <w:rPr>
          <w:rFonts w:cs="Times New Roman"/>
          <w:bCs/>
          <w:sz w:val="24"/>
          <w:szCs w:val="24"/>
        </w:rPr>
        <w:t xml:space="preserve"> 7.</w:t>
      </w:r>
    </w:p>
    <w:p w14:paraId="2A44E992" w14:textId="77777777" w:rsidR="003667DF" w:rsidRPr="003667DF" w:rsidRDefault="003667DF" w:rsidP="003667DF">
      <w:pPr>
        <w:spacing w:after="0" w:line="240" w:lineRule="auto"/>
        <w:jc w:val="center"/>
        <w:rPr>
          <w:rFonts w:cs="Times New Roman"/>
          <w:bCs/>
          <w:sz w:val="24"/>
          <w:szCs w:val="24"/>
        </w:rPr>
      </w:pPr>
    </w:p>
    <w:p w14:paraId="65DE982E" w14:textId="77777777" w:rsidR="008E719E" w:rsidRPr="003667DF" w:rsidRDefault="00000000" w:rsidP="003667DF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r w:rsidRPr="003667DF">
        <w:rPr>
          <w:rFonts w:cs="Times New Roman"/>
          <w:sz w:val="24"/>
          <w:szCs w:val="24"/>
        </w:rPr>
        <w:t xml:space="preserve">Ova </w:t>
      </w:r>
      <w:proofErr w:type="spellStart"/>
      <w:r w:rsidRPr="003667DF">
        <w:rPr>
          <w:rFonts w:cs="Times New Roman"/>
          <w:sz w:val="24"/>
          <w:szCs w:val="24"/>
        </w:rPr>
        <w:t>Odluka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objavit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će</w:t>
      </w:r>
      <w:proofErr w:type="spellEnd"/>
      <w:r w:rsidRPr="003667DF">
        <w:rPr>
          <w:rFonts w:cs="Times New Roman"/>
          <w:sz w:val="24"/>
          <w:szCs w:val="24"/>
        </w:rPr>
        <w:t xml:space="preserve"> se </w:t>
      </w:r>
      <w:proofErr w:type="spellStart"/>
      <w:r w:rsidRPr="003667DF">
        <w:rPr>
          <w:rFonts w:cs="Times New Roman"/>
          <w:sz w:val="24"/>
          <w:szCs w:val="24"/>
        </w:rPr>
        <w:t>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mrežnim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stranicama</w:t>
      </w:r>
      <w:proofErr w:type="spellEnd"/>
      <w:r w:rsidRPr="003667DF">
        <w:rPr>
          <w:rFonts w:cs="Times New Roman"/>
          <w:sz w:val="24"/>
          <w:szCs w:val="24"/>
        </w:rPr>
        <w:t xml:space="preserve"> Koprivničko-križevačke županije do 31. </w:t>
      </w:r>
      <w:proofErr w:type="spellStart"/>
      <w:r w:rsidRPr="003667DF">
        <w:rPr>
          <w:rFonts w:cs="Times New Roman"/>
          <w:sz w:val="24"/>
          <w:szCs w:val="24"/>
        </w:rPr>
        <w:t>siječnja</w:t>
      </w:r>
      <w:proofErr w:type="spellEnd"/>
      <w:r w:rsidRPr="003667DF">
        <w:rPr>
          <w:rFonts w:cs="Times New Roman"/>
          <w:sz w:val="24"/>
          <w:szCs w:val="24"/>
        </w:rPr>
        <w:t xml:space="preserve"> 2027. </w:t>
      </w:r>
      <w:proofErr w:type="spellStart"/>
      <w:r w:rsidRPr="003667DF">
        <w:rPr>
          <w:rFonts w:cs="Times New Roman"/>
          <w:sz w:val="24"/>
          <w:szCs w:val="24"/>
        </w:rPr>
        <w:t>godine</w:t>
      </w:r>
      <w:proofErr w:type="spellEnd"/>
      <w:r w:rsidRPr="003667DF">
        <w:rPr>
          <w:rFonts w:cs="Times New Roman"/>
          <w:sz w:val="24"/>
          <w:szCs w:val="24"/>
        </w:rPr>
        <w:t>.</w:t>
      </w:r>
    </w:p>
    <w:p w14:paraId="3501F6A0" w14:textId="77777777" w:rsidR="003667DF" w:rsidRDefault="003667DF" w:rsidP="003667D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27810B4F" w14:textId="11DBB6D6" w:rsidR="008E719E" w:rsidRDefault="00000000" w:rsidP="003667DF">
      <w:pPr>
        <w:spacing w:after="0" w:line="240" w:lineRule="auto"/>
        <w:ind w:firstLine="720"/>
        <w:jc w:val="both"/>
        <w:rPr>
          <w:rFonts w:cs="Times New Roman"/>
          <w:sz w:val="24"/>
          <w:szCs w:val="24"/>
        </w:rPr>
      </w:pPr>
      <w:r w:rsidRPr="003667DF">
        <w:rPr>
          <w:rFonts w:cs="Times New Roman"/>
          <w:sz w:val="24"/>
          <w:szCs w:val="24"/>
        </w:rPr>
        <w:t xml:space="preserve">Ova </w:t>
      </w:r>
      <w:proofErr w:type="spellStart"/>
      <w:r w:rsidRPr="003667DF">
        <w:rPr>
          <w:rFonts w:cs="Times New Roman"/>
          <w:sz w:val="24"/>
          <w:szCs w:val="24"/>
        </w:rPr>
        <w:t>Odluka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dostavit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će</w:t>
      </w:r>
      <w:proofErr w:type="spellEnd"/>
      <w:r w:rsidRPr="003667DF">
        <w:rPr>
          <w:rFonts w:cs="Times New Roman"/>
          <w:sz w:val="24"/>
          <w:szCs w:val="24"/>
        </w:rPr>
        <w:t xml:space="preserve"> se </w:t>
      </w:r>
      <w:proofErr w:type="spellStart"/>
      <w:r w:rsidRPr="003667DF">
        <w:rPr>
          <w:rFonts w:cs="Times New Roman"/>
          <w:sz w:val="24"/>
          <w:szCs w:val="24"/>
        </w:rPr>
        <w:t>ministarstvu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nadležnom</w:t>
      </w:r>
      <w:proofErr w:type="spellEnd"/>
      <w:r w:rsidRPr="003667DF">
        <w:rPr>
          <w:rFonts w:cs="Times New Roman"/>
          <w:sz w:val="24"/>
          <w:szCs w:val="24"/>
        </w:rPr>
        <w:t xml:space="preserve"> za </w:t>
      </w:r>
      <w:proofErr w:type="spellStart"/>
      <w:r w:rsidRPr="003667DF">
        <w:rPr>
          <w:rFonts w:cs="Times New Roman"/>
          <w:sz w:val="24"/>
          <w:szCs w:val="24"/>
        </w:rPr>
        <w:t>turizam</w:t>
      </w:r>
      <w:proofErr w:type="spellEnd"/>
      <w:r w:rsidRPr="003667DF">
        <w:rPr>
          <w:rFonts w:cs="Times New Roman"/>
          <w:sz w:val="24"/>
          <w:szCs w:val="24"/>
        </w:rPr>
        <w:t xml:space="preserve">, </w:t>
      </w:r>
      <w:proofErr w:type="spellStart"/>
      <w:r w:rsidRPr="003667DF">
        <w:rPr>
          <w:rFonts w:cs="Times New Roman"/>
          <w:sz w:val="24"/>
          <w:szCs w:val="24"/>
        </w:rPr>
        <w:t>Hrvatskoj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turističkoj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zajednici</w:t>
      </w:r>
      <w:proofErr w:type="spellEnd"/>
      <w:r w:rsidRPr="003667DF">
        <w:rPr>
          <w:rFonts w:cs="Times New Roman"/>
          <w:sz w:val="24"/>
          <w:szCs w:val="24"/>
        </w:rPr>
        <w:t xml:space="preserve">, </w:t>
      </w:r>
      <w:proofErr w:type="spellStart"/>
      <w:r w:rsidRPr="003667DF">
        <w:rPr>
          <w:rFonts w:cs="Times New Roman"/>
          <w:sz w:val="24"/>
          <w:szCs w:val="24"/>
        </w:rPr>
        <w:t>Turističkoj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zajednici</w:t>
      </w:r>
      <w:proofErr w:type="spellEnd"/>
      <w:r w:rsidRPr="003667DF">
        <w:rPr>
          <w:rFonts w:cs="Times New Roman"/>
          <w:sz w:val="24"/>
          <w:szCs w:val="24"/>
        </w:rPr>
        <w:t xml:space="preserve"> Koprivničko-križevačke županije </w:t>
      </w:r>
      <w:proofErr w:type="spellStart"/>
      <w:r w:rsidRPr="003667DF">
        <w:rPr>
          <w:rFonts w:cs="Times New Roman"/>
          <w:sz w:val="24"/>
          <w:szCs w:val="24"/>
        </w:rPr>
        <w:t>kao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i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lokalnim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turističkim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zajednicama</w:t>
      </w:r>
      <w:proofErr w:type="spellEnd"/>
      <w:r w:rsidRPr="003667DF">
        <w:rPr>
          <w:rFonts w:cs="Times New Roman"/>
          <w:sz w:val="24"/>
          <w:szCs w:val="24"/>
        </w:rPr>
        <w:t xml:space="preserve"> s područja Županije, a u </w:t>
      </w:r>
      <w:proofErr w:type="spellStart"/>
      <w:r w:rsidRPr="003667DF">
        <w:rPr>
          <w:rFonts w:cs="Times New Roman"/>
          <w:sz w:val="24"/>
          <w:szCs w:val="24"/>
        </w:rPr>
        <w:t>svrhu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objave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njihovim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mrežnim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stranicama</w:t>
      </w:r>
      <w:proofErr w:type="spellEnd"/>
      <w:r w:rsidRPr="003667DF">
        <w:rPr>
          <w:rFonts w:cs="Times New Roman"/>
          <w:sz w:val="24"/>
          <w:szCs w:val="24"/>
        </w:rPr>
        <w:t>.</w:t>
      </w:r>
    </w:p>
    <w:p w14:paraId="00E201F5" w14:textId="77777777" w:rsidR="003667DF" w:rsidRPr="003667DF" w:rsidRDefault="003667DF" w:rsidP="003667D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1C9B8D13" w14:textId="77777777" w:rsidR="008E719E" w:rsidRDefault="00000000" w:rsidP="003667DF">
      <w:pPr>
        <w:spacing w:after="0" w:line="240" w:lineRule="auto"/>
        <w:jc w:val="center"/>
        <w:rPr>
          <w:rFonts w:cs="Times New Roman"/>
          <w:bCs/>
          <w:sz w:val="24"/>
          <w:szCs w:val="24"/>
        </w:rPr>
      </w:pPr>
      <w:proofErr w:type="spellStart"/>
      <w:r w:rsidRPr="003667DF">
        <w:rPr>
          <w:rFonts w:cs="Times New Roman"/>
          <w:bCs/>
          <w:sz w:val="24"/>
          <w:szCs w:val="24"/>
        </w:rPr>
        <w:t>Članak</w:t>
      </w:r>
      <w:proofErr w:type="spellEnd"/>
      <w:r w:rsidRPr="003667DF">
        <w:rPr>
          <w:rFonts w:cs="Times New Roman"/>
          <w:bCs/>
          <w:sz w:val="24"/>
          <w:szCs w:val="24"/>
        </w:rPr>
        <w:t xml:space="preserve"> 8.</w:t>
      </w:r>
    </w:p>
    <w:p w14:paraId="19E52F0E" w14:textId="77777777" w:rsidR="003667DF" w:rsidRPr="003667DF" w:rsidRDefault="003667DF" w:rsidP="003667DF">
      <w:pPr>
        <w:spacing w:after="0" w:line="240" w:lineRule="auto"/>
        <w:jc w:val="center"/>
        <w:rPr>
          <w:rFonts w:cs="Times New Roman"/>
          <w:bCs/>
          <w:sz w:val="24"/>
          <w:szCs w:val="24"/>
        </w:rPr>
      </w:pPr>
    </w:p>
    <w:p w14:paraId="167FCE4C" w14:textId="77777777" w:rsidR="008E719E" w:rsidRDefault="00000000" w:rsidP="003667DF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3667DF">
        <w:rPr>
          <w:rFonts w:cs="Times New Roman"/>
          <w:sz w:val="24"/>
          <w:szCs w:val="24"/>
        </w:rPr>
        <w:t xml:space="preserve">Ova </w:t>
      </w:r>
      <w:proofErr w:type="spellStart"/>
      <w:r w:rsidRPr="003667DF">
        <w:rPr>
          <w:rFonts w:cs="Times New Roman"/>
          <w:sz w:val="24"/>
          <w:szCs w:val="24"/>
        </w:rPr>
        <w:t>Odluka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objavit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će</w:t>
      </w:r>
      <w:proofErr w:type="spellEnd"/>
      <w:r w:rsidRPr="003667DF">
        <w:rPr>
          <w:rFonts w:cs="Times New Roman"/>
          <w:sz w:val="24"/>
          <w:szCs w:val="24"/>
        </w:rPr>
        <w:t xml:space="preserve"> se u „</w:t>
      </w:r>
      <w:proofErr w:type="spellStart"/>
      <w:r w:rsidRPr="003667DF">
        <w:rPr>
          <w:rFonts w:cs="Times New Roman"/>
          <w:sz w:val="24"/>
          <w:szCs w:val="24"/>
        </w:rPr>
        <w:t>Službenom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glasniku</w:t>
      </w:r>
      <w:proofErr w:type="spellEnd"/>
      <w:r w:rsidRPr="003667DF">
        <w:rPr>
          <w:rFonts w:cs="Times New Roman"/>
          <w:sz w:val="24"/>
          <w:szCs w:val="24"/>
        </w:rPr>
        <w:t xml:space="preserve"> Koprivničko-križevačke </w:t>
      </w:r>
      <w:proofErr w:type="gramStart"/>
      <w:r w:rsidRPr="003667DF">
        <w:rPr>
          <w:rFonts w:cs="Times New Roman"/>
          <w:sz w:val="24"/>
          <w:szCs w:val="24"/>
        </w:rPr>
        <w:t>županije“</w:t>
      </w:r>
      <w:proofErr w:type="gramEnd"/>
      <w:r w:rsidRPr="003667DF">
        <w:rPr>
          <w:rFonts w:cs="Times New Roman"/>
          <w:sz w:val="24"/>
          <w:szCs w:val="24"/>
        </w:rPr>
        <w:t xml:space="preserve">, a stupa </w:t>
      </w:r>
      <w:proofErr w:type="spellStart"/>
      <w:r w:rsidRPr="003667DF">
        <w:rPr>
          <w:rFonts w:cs="Times New Roman"/>
          <w:sz w:val="24"/>
          <w:szCs w:val="24"/>
        </w:rPr>
        <w:t>na</w:t>
      </w:r>
      <w:proofErr w:type="spellEnd"/>
      <w:r w:rsidRPr="003667DF">
        <w:rPr>
          <w:rFonts w:cs="Times New Roman"/>
          <w:sz w:val="24"/>
          <w:szCs w:val="24"/>
        </w:rPr>
        <w:t xml:space="preserve"> </w:t>
      </w:r>
      <w:proofErr w:type="spellStart"/>
      <w:r w:rsidRPr="003667DF">
        <w:rPr>
          <w:rFonts w:cs="Times New Roman"/>
          <w:sz w:val="24"/>
          <w:szCs w:val="24"/>
        </w:rPr>
        <w:t>snagu</w:t>
      </w:r>
      <w:proofErr w:type="spellEnd"/>
      <w:r w:rsidRPr="003667DF">
        <w:rPr>
          <w:rFonts w:cs="Times New Roman"/>
          <w:sz w:val="24"/>
          <w:szCs w:val="24"/>
        </w:rPr>
        <w:t xml:space="preserve"> 1. </w:t>
      </w:r>
      <w:proofErr w:type="spellStart"/>
      <w:r w:rsidRPr="003667DF">
        <w:rPr>
          <w:rFonts w:cs="Times New Roman"/>
          <w:sz w:val="24"/>
          <w:szCs w:val="24"/>
        </w:rPr>
        <w:t>siječnja</w:t>
      </w:r>
      <w:proofErr w:type="spellEnd"/>
      <w:r w:rsidRPr="003667DF">
        <w:rPr>
          <w:rFonts w:cs="Times New Roman"/>
          <w:sz w:val="24"/>
          <w:szCs w:val="24"/>
        </w:rPr>
        <w:t xml:space="preserve"> 2028. </w:t>
      </w:r>
      <w:proofErr w:type="spellStart"/>
      <w:r w:rsidRPr="003667DF">
        <w:rPr>
          <w:rFonts w:cs="Times New Roman"/>
          <w:sz w:val="24"/>
          <w:szCs w:val="24"/>
        </w:rPr>
        <w:t>godine</w:t>
      </w:r>
      <w:proofErr w:type="spellEnd"/>
      <w:r w:rsidRPr="003667DF">
        <w:rPr>
          <w:rFonts w:cs="Times New Roman"/>
          <w:sz w:val="24"/>
          <w:szCs w:val="24"/>
        </w:rPr>
        <w:t>.</w:t>
      </w:r>
    </w:p>
    <w:p w14:paraId="3B136D20" w14:textId="77777777" w:rsidR="003667DF" w:rsidRPr="003667DF" w:rsidRDefault="003667DF" w:rsidP="003667DF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4019FC85" w14:textId="77777777" w:rsidR="008E719E" w:rsidRPr="003667DF" w:rsidRDefault="00000000" w:rsidP="003667DF">
      <w:pPr>
        <w:spacing w:after="0" w:line="240" w:lineRule="auto"/>
        <w:jc w:val="center"/>
        <w:rPr>
          <w:rFonts w:cs="Times New Roman"/>
          <w:bCs/>
          <w:sz w:val="24"/>
          <w:szCs w:val="24"/>
        </w:rPr>
      </w:pPr>
      <w:r w:rsidRPr="003667DF">
        <w:rPr>
          <w:rFonts w:cs="Times New Roman"/>
          <w:bCs/>
          <w:sz w:val="24"/>
          <w:szCs w:val="24"/>
        </w:rPr>
        <w:t>ŽUPANIJSKA SKUPŠTINA</w:t>
      </w:r>
    </w:p>
    <w:p w14:paraId="3FF95C06" w14:textId="77777777" w:rsidR="008E719E" w:rsidRDefault="00000000" w:rsidP="003667DF">
      <w:pPr>
        <w:spacing w:after="0" w:line="240" w:lineRule="auto"/>
        <w:jc w:val="center"/>
        <w:rPr>
          <w:rFonts w:cs="Times New Roman"/>
          <w:bCs/>
          <w:sz w:val="24"/>
          <w:szCs w:val="24"/>
        </w:rPr>
      </w:pPr>
      <w:r w:rsidRPr="003667DF">
        <w:rPr>
          <w:rFonts w:cs="Times New Roman"/>
          <w:bCs/>
          <w:sz w:val="24"/>
          <w:szCs w:val="24"/>
        </w:rPr>
        <w:t>KOPRIVNIČKO-KRIŽEVAČKE ŽUPANIJE</w:t>
      </w:r>
    </w:p>
    <w:p w14:paraId="187212ED" w14:textId="77777777" w:rsidR="003667DF" w:rsidRPr="003667DF" w:rsidRDefault="003667DF" w:rsidP="003667DF">
      <w:pPr>
        <w:spacing w:after="0" w:line="240" w:lineRule="auto"/>
        <w:jc w:val="center"/>
        <w:rPr>
          <w:rFonts w:cs="Times New Roman"/>
          <w:bCs/>
          <w:sz w:val="24"/>
          <w:szCs w:val="24"/>
        </w:rPr>
      </w:pPr>
    </w:p>
    <w:p w14:paraId="5C4C269F" w14:textId="03205BBF" w:rsidR="008E719E" w:rsidRPr="003667DF" w:rsidRDefault="00000000" w:rsidP="003667DF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3667DF">
        <w:rPr>
          <w:rFonts w:cs="Times New Roman"/>
          <w:sz w:val="24"/>
          <w:szCs w:val="24"/>
        </w:rPr>
        <w:t xml:space="preserve">KLASA: </w:t>
      </w:r>
      <w:r w:rsidR="00474DD5" w:rsidRPr="003667DF">
        <w:rPr>
          <w:rFonts w:cs="Times New Roman"/>
          <w:sz w:val="24"/>
          <w:szCs w:val="24"/>
        </w:rPr>
        <w:t>334-02/26-01/1</w:t>
      </w:r>
    </w:p>
    <w:p w14:paraId="707296CC" w14:textId="6B80A732" w:rsidR="008E719E" w:rsidRPr="003667DF" w:rsidRDefault="00000000" w:rsidP="003667DF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3667DF">
        <w:rPr>
          <w:rFonts w:cs="Times New Roman"/>
          <w:sz w:val="24"/>
          <w:szCs w:val="24"/>
        </w:rPr>
        <w:t xml:space="preserve">URBROJ: </w:t>
      </w:r>
      <w:r w:rsidR="00474DD5" w:rsidRPr="003667DF">
        <w:rPr>
          <w:rFonts w:cs="Times New Roman"/>
          <w:sz w:val="24"/>
          <w:szCs w:val="24"/>
        </w:rPr>
        <w:t>2137-04/09-26-8</w:t>
      </w:r>
    </w:p>
    <w:p w14:paraId="771005AB" w14:textId="7E684C21" w:rsidR="008E719E" w:rsidRPr="003667DF" w:rsidRDefault="00000000" w:rsidP="003667DF">
      <w:pPr>
        <w:spacing w:after="0" w:line="240" w:lineRule="auto"/>
        <w:jc w:val="both"/>
        <w:rPr>
          <w:rFonts w:cs="Times New Roman"/>
          <w:sz w:val="24"/>
          <w:szCs w:val="24"/>
        </w:rPr>
      </w:pPr>
      <w:proofErr w:type="gramStart"/>
      <w:r w:rsidRPr="003667DF">
        <w:rPr>
          <w:rFonts w:cs="Times New Roman"/>
          <w:sz w:val="24"/>
          <w:szCs w:val="24"/>
        </w:rPr>
        <w:t>Koprivnica, _</w:t>
      </w:r>
      <w:proofErr w:type="gramEnd"/>
      <w:r w:rsidRPr="003667DF">
        <w:rPr>
          <w:rFonts w:cs="Times New Roman"/>
          <w:sz w:val="24"/>
          <w:szCs w:val="24"/>
        </w:rPr>
        <w:t>_________ 202</w:t>
      </w:r>
      <w:r w:rsidR="00E46BC9" w:rsidRPr="003667DF">
        <w:rPr>
          <w:rFonts w:cs="Times New Roman"/>
          <w:sz w:val="24"/>
          <w:szCs w:val="24"/>
        </w:rPr>
        <w:t>6</w:t>
      </w:r>
      <w:r w:rsidRPr="003667DF">
        <w:rPr>
          <w:rFonts w:cs="Times New Roman"/>
          <w:sz w:val="24"/>
          <w:szCs w:val="24"/>
        </w:rPr>
        <w:t>.</w:t>
      </w:r>
    </w:p>
    <w:p w14:paraId="3CB6712D" w14:textId="77777777" w:rsidR="008E719E" w:rsidRPr="003667DF" w:rsidRDefault="00000000" w:rsidP="003667DF">
      <w:pPr>
        <w:spacing w:after="0" w:line="240" w:lineRule="auto"/>
        <w:ind w:left="6480" w:firstLine="720"/>
        <w:jc w:val="both"/>
        <w:rPr>
          <w:rFonts w:cs="Times New Roman"/>
          <w:bCs/>
          <w:sz w:val="24"/>
          <w:szCs w:val="24"/>
        </w:rPr>
      </w:pPr>
      <w:r w:rsidRPr="003667DF">
        <w:rPr>
          <w:rFonts w:cs="Times New Roman"/>
          <w:bCs/>
          <w:sz w:val="24"/>
          <w:szCs w:val="24"/>
        </w:rPr>
        <w:t>PREDSJEDNIK</w:t>
      </w:r>
    </w:p>
    <w:p w14:paraId="4191B45B" w14:textId="20EA9395" w:rsidR="00B37F3B" w:rsidRPr="003667DF" w:rsidRDefault="00C432DA" w:rsidP="00BF0E85">
      <w:pPr>
        <w:spacing w:after="0" w:line="240" w:lineRule="auto"/>
        <w:ind w:left="6480" w:firstLine="720"/>
        <w:jc w:val="both"/>
        <w:rPr>
          <w:rFonts w:cs="Times New Roman"/>
          <w:sz w:val="24"/>
          <w:szCs w:val="24"/>
        </w:rPr>
      </w:pPr>
      <w:r w:rsidRPr="003667DF">
        <w:rPr>
          <w:rFonts w:cs="Times New Roman"/>
          <w:sz w:val="24"/>
          <w:szCs w:val="24"/>
        </w:rPr>
        <w:t xml:space="preserve">      Ivan Pal</w:t>
      </w:r>
    </w:p>
    <w:sectPr w:rsidR="00B37F3B" w:rsidRPr="003667DF" w:rsidSect="006A11F4">
      <w:pgSz w:w="12240" w:h="15840"/>
      <w:pgMar w:top="568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27B605E"/>
    <w:multiLevelType w:val="hybridMultilevel"/>
    <w:tmpl w:val="6D9A3416"/>
    <w:lvl w:ilvl="0" w:tplc="E35E3FC8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12279906">
    <w:abstractNumId w:val="8"/>
  </w:num>
  <w:num w:numId="2" w16cid:durableId="1815876625">
    <w:abstractNumId w:val="6"/>
  </w:num>
  <w:num w:numId="3" w16cid:durableId="1347947394">
    <w:abstractNumId w:val="5"/>
  </w:num>
  <w:num w:numId="4" w16cid:durableId="1797219041">
    <w:abstractNumId w:val="4"/>
  </w:num>
  <w:num w:numId="5" w16cid:durableId="487719820">
    <w:abstractNumId w:val="7"/>
  </w:num>
  <w:num w:numId="6" w16cid:durableId="822046252">
    <w:abstractNumId w:val="3"/>
  </w:num>
  <w:num w:numId="7" w16cid:durableId="289748802">
    <w:abstractNumId w:val="2"/>
  </w:num>
  <w:num w:numId="8" w16cid:durableId="781268803">
    <w:abstractNumId w:val="1"/>
  </w:num>
  <w:num w:numId="9" w16cid:durableId="196086718">
    <w:abstractNumId w:val="0"/>
  </w:num>
  <w:num w:numId="10" w16cid:durableId="9863186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A57"/>
    <w:rsid w:val="00034616"/>
    <w:rsid w:val="0006063C"/>
    <w:rsid w:val="000E03BC"/>
    <w:rsid w:val="0015074B"/>
    <w:rsid w:val="00285394"/>
    <w:rsid w:val="0029639D"/>
    <w:rsid w:val="002B3D2F"/>
    <w:rsid w:val="00326F90"/>
    <w:rsid w:val="003667DF"/>
    <w:rsid w:val="003E7E1A"/>
    <w:rsid w:val="003F4078"/>
    <w:rsid w:val="00474DD5"/>
    <w:rsid w:val="005D6257"/>
    <w:rsid w:val="006468E4"/>
    <w:rsid w:val="00672EE5"/>
    <w:rsid w:val="006A11F4"/>
    <w:rsid w:val="006E7A4F"/>
    <w:rsid w:val="007866B2"/>
    <w:rsid w:val="008742D3"/>
    <w:rsid w:val="008E719E"/>
    <w:rsid w:val="009342E5"/>
    <w:rsid w:val="00947E14"/>
    <w:rsid w:val="00A83E63"/>
    <w:rsid w:val="00AA1D8D"/>
    <w:rsid w:val="00B00123"/>
    <w:rsid w:val="00B37F3B"/>
    <w:rsid w:val="00B47730"/>
    <w:rsid w:val="00BF0E85"/>
    <w:rsid w:val="00C432DA"/>
    <w:rsid w:val="00C47713"/>
    <w:rsid w:val="00CB0664"/>
    <w:rsid w:val="00D168FF"/>
    <w:rsid w:val="00DC7EA2"/>
    <w:rsid w:val="00E14FA9"/>
    <w:rsid w:val="00E46BC9"/>
    <w:rsid w:val="00F13BA7"/>
    <w:rsid w:val="00F6607B"/>
    <w:rsid w:val="00FB4A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CE4014"/>
  <w14:defaultImageDpi w14:val="300"/>
  <w15:docId w15:val="{4B516EB9-3B0C-4428-9C90-5D8992570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1429</Words>
  <Characters>8151</Characters>
  <Application>Microsoft Office Word</Application>
  <DocSecurity>0</DocSecurity>
  <Lines>67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9561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Helena Matica</cp:lastModifiedBy>
  <cp:revision>12</cp:revision>
  <dcterms:created xsi:type="dcterms:W3CDTF">2026-10-05T09:28:00Z</dcterms:created>
  <dcterms:modified xsi:type="dcterms:W3CDTF">2026-10-09T11:35:00Z</dcterms:modified>
  <cp:category/>
</cp:coreProperties>
</file>